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യായേൽ സീസെരയെ കൊല്ലുന്നു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 സേവിക്കുന്നവർ തോന്നുന്നതിനെക്കാൾ ശക്തരാണെന്നും ദൈവം അവരിലൂടെ ശക്തമായി പ്രവർത്തിക്കുന്നു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4:17-24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ഗലാത്യർ 6:7</w:t>
            </w:r>
          </w:p>
          <w:p>
            <w:pPr>
              <w:spacing w:after="40"/>
            </w:pPr>
            <w:r>
              <w:rPr>
                <w:rFonts w:ascii="Nirmala UI" w:hAnsi="Nirmala UI" w:cs="Nirmala UI"/>
                <w:b w:val="0"/>
                <w:i/>
                <w:sz w:val="22"/>
              </w:rPr>
              <w:t xml:space="preserve">വഞ്ചിതരാകരുത്; ദൈവം പരിഹാസ്യനാകുന്നില്ല; മനുഷ്യൻ വിതയ്ക്കുന്നതു തന്നെ കൊയ്യും.</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കർഷകൻ തന്റെ വയലിൽ വിത്ത് വിതയ്ക്കാൻ ആഗ്രഹിക്കുമ്പോൾ കഴിയുന്നത്ര നല്ല വിത്ത് വാങ്ങുന്നു. നല്ല വിത്ത് നല്ല വിളവു നൽകുമെന്നും മോശം വിത്ത് വളരെ കുറച്ചോ ഒന്നുമില്ലാതെയോ വിളവു തരൂ എന്നും അവനറിയാം.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വിത്തിന്റെ കാര്യത്തിൽ സത്യമായത് നമ്മുടെ ജീവിതത്തിലും സത്യമാണ്. നാം പെരുമാറുന്ന രീതി നമ്മുടെ ആരോഗ്യത്തെയും ശക്തിയെയും നാം മരിക്കുന്ന വിധത്തെയും ബാധിക്കും. ദൈവത്തെ സേവിക്കാത്ത ക്രൂരമായ ഒരു കനാന്യ ഗോത്രത്തിന്റെ സൈന്യത്തെ സീസെര നയിച്ചു. ഇസ്രായേല്യർ യുദ്ധം ജയിക്കാൻ പോകുന്നു എന്നു കണ്ടപ്പോൾ അവൻ തന്റെ പടയാളികളെ ഉപേക്ഷിച്ച് രക്ഷപ്പെടാൻ ശ്രമിച്ചു (4:15-16). </w:t>
      </w:r>
      <w:r>
        <w:rPr>
          <w:rFonts w:ascii="Nirmala UI" w:hAnsi="Nirmala UI" w:cs="Nirmala UI"/>
          <w:b/>
          <w:sz w:val="22"/>
        </w:rPr>
        <w:t xml:space="preserve">ചിത്രം 10 കാണിക്കുക. ചിത്രത്തെ ആസ്പദമാക്കി പാഠം 10 ചുരുക്കമായി അവലോകനം ചെയ്യുക.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സീസെര യായേൽ എന്ന സ്ത്രീയുടെ കൂടാരത്തിലേക്ക് ഓടി. അവൾ ഇസ്രായേല്യ അല്ലാത്തതിനാലും അവളുടെ ഗോത്രം സീസെരയുടെ ഗോത്രത്തിന്റെ സുഹൃത്തുക്കളായതിനാലും അവിടെ താൻ സുരക്ഷിതനാകുമെന്ന് അവൻ കരുതി. യായേൽ അവനെ സ്വാഗതം ചെയ്ത് കുടിക്കാൻ പാൽ കൊടുത്ത് ഒരു പുതപ്പ് കൊണ്ട് മൂടി. താൻ സുരക്ഷിതമായി ഒളിച്ചിരിക്കുന്നു എന്നു കരുതി സീസെര ഉറങ്ങിപ്പോയി (4:17-19).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സീസെര ഗാഢനിദ്രയിലായിരിക്കുമ്പോൾ യായേൽ ഒരു കൂടാരക്കുറ്റി കൊണ്ട് അവനെ കൊന്നു (4:21).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ഇസ്രായേൽ പടയാളികളുടെ നേതാവായ ബാരാക്ക് സീസെരയെ തേടി വന്നപ്പോൾ ശത്രുവിന്റെ സൈന്യാധിപൻ മരിച്ചുകിടക്കുന്നത് യായേൽ അവനെ കാണിച്ചു (4:22).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ഭയപ്പെടുന്ന ശക്തമായ സൈന്യത്തിന്റെ ആദരണീയനായ സൈന്യാധിപൻ സീസെര, ആയുധമില്ലാത്ത ഒരു സ്ത്രീയുടെ കയ്യാൽ മരിച്ചു. ദൈവം നമ്മെ സൃഷ്ടിച്ചത് അവനെ ആരാധിക്കാനാണ്. യഥാർത്ഥ ബഹുമാനത്തിലേക്കും യഥാർത്ഥ ജീവിതത്തിലേക്കും ഉള്ള ഏക വഴി അതാണ്.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Jael Kills Sisera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Jael Kills Sisera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