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9</w:t>
      </w:r>
    </w:p>
    <w:p>
      <w:pPr>
        <w:keepNext/>
        <w:spacing w:after="40"/>
      </w:pPr>
      <w:r>
        <w:rPr>
          <w:rFonts w:ascii="Nirmala UI" w:hAnsi="Nirmala UI" w:cs="Nirmala UI"/>
          <w:b/>
          <w:color w:val="1F4E79"/>
          <w:sz w:val="52"/>
        </w:rPr>
        <w:t xml:space="preserve">ദെബോരാ ദൈവത്തിന്റെ വക്താവായി പ്രവർത്തിക്കുന്നു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തങ്ങളുടെ ശത്രുക്കളുടെ മേൽ വിജയത്തിനായി ദൈവത്തിൽ ആശ്രയിക്കാൻ ദെബോരാ ഇസ്രായേല്യരെ എങ്ങനെ പ്രോത്സാഹിപ്പിച്ചു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4:1-10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34:8</w:t>
            </w:r>
          </w:p>
          <w:p>
            <w:pPr>
              <w:spacing w:after="40"/>
            </w:pPr>
            <w:r>
              <w:rPr>
                <w:rFonts w:ascii="Nirmala UI" w:hAnsi="Nirmala UI" w:cs="Nirmala UI"/>
                <w:b w:val="0"/>
                <w:i/>
                <w:sz w:val="22"/>
              </w:rPr>
              <w:t xml:space="preserve">യഹോവ നല്ലവൻ എന്നു രുചിച്ചറിയുവിൻ; അവനിൽ ശരണം പ്രാപിക്കുന്ന മനുഷ്യൻ ഭാഗ്യവാൻ.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പായ്ക്കറ്റ് ബിസ്കറ്റ് വാങ്ങാൻ പോകുന്ന വാനി, ജുമ എന്നീ രണ്ടു കൂട്ടുകാരെക്കുറിച്ച് ഒരു കഥ ഉണ്ടാക്കുകയോ ഒരു ചെറിയ നാടകം അഭിനയിക്കുകയോ ചെയ്യുക. </w:t>
      </w:r>
      <w:r>
        <w:rPr>
          <w:rFonts w:ascii="Nirmala UI" w:hAnsi="Nirmala UI" w:cs="Nirmala UI"/>
          <w:b w:val="0"/>
          <w:sz w:val="22"/>
        </w:rPr>
        <w:t xml:space="preserve">പണമുള്ള വാനി ബിസ്കറ്റ് ജുമയുമായി പങ്കിടാമെന്ന് വാഗ്ദാനം ചെയ്യുന്നു. എന്നാൽ വാനി ബിസ്കറ്റ് വാങ്ങിയശേഷം ജുമ നോക്കാത്ത സമയത്ത് അവയെല്ലാം വേഗം തിന്നുതീർക്കുന്നു. വാനി തന്റെ വാഗ്ദാനം ലംഘിച്ചു, ജുമയ്ക്ക് വിഷമമായി.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ഇസ്രായേല്യർ യോശുവയോടുള്ള തങ്ങളുടെ വാഗ്ദാനം ലംഘിച്ചു. ദൈവത്തിന്റെ കല്പനകൾ അനുസരിക്കുമെന്ന് അവർ പറഞ്ഞു, എന്നാൽ അവർ ദൈവത്തിൽ നിന്ന് ഹൃദയം തിരിച്ച് ചുറ്റുമുള്ള ഗോത്രങ്ങളുടെ ദുഷ്ട വഴികൾ പിന്തുടർന്നു. ഇതുകൊണ്ട് ഇസ്രായേല്യരോട് വളരെ മോശമായി പെരുമാറിയ ക്രൂരരായ ഗോത്രങ്ങൾ അവരെ കീഴടക്കാൻ ദൈവം അനുവദിച്ചു (യോശു 23:14-16; ന്യായ 4:1-3).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ദെബോരാ ദൈവത്തെ വിശ്വസ്തതയോടെ പിന്തുടർന്ന ഒരു ഇസ്രായേല്യ സ്ത്രീയായിരുന്നു. അവൾ ഒരു പ്രവാചികയും കൂടിയായിരുന്നു; അതായത്, ജനത്തെ ദൈവഹിതം പഠിപ്പിക്കുകയും ദൈവത്തിന്റെ സന്ദേശങ്ങൾ അവർക്കു എത്തിക്കുകയും ചെയ്ത ഒരാൾ. തങ്ങളുടെ പ്രശ്നങ്ങളുമായി ജനത്തിന് അവളുടെ അടുക്കൽ വരാൻ കഴിയേണ്ടതിന് അവൾ രണ്ടു വലിയ പട്ടണങ്ങൾക്കിടയിൽ ഒരു ഈന്തപ്പനയുടെ കീഴിൽ ഇരുന്നതെങ്ങനെ എന്ന് വിവരിക്കുക (ന്യായ 4:5-6). </w:t>
      </w:r>
      <w:r>
        <w:rPr>
          <w:rFonts w:ascii="Nirmala UI" w:hAnsi="Nirmala UI" w:cs="Nirmala UI"/>
          <w:b/>
          <w:sz w:val="22"/>
        </w:rPr>
        <w:t xml:space="preserve">ചിത്രം 9 കാണിക്കുക.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ഒരു ദിവസം ദെബോരാ ഇസ്രായേല്യ പടയാളിയായ ബാരാക്കിനെ തന്നെ വന്നു കാണാൻ സന്ദേശം അയച്ചു. ഇസ്രായേല്യർ ദൈവത്തിലേക്കു തിരിഞ്ഞ് ശത്രുക്കളിൽ നിന്ന് തങ്ങളെ രക്ഷിക്കണമേ എന്ന് അവനോടു അപേക്ഷിച്ചിരുന്നു. സൈന്യത്തെ ബാരാക്ക് നയിക്കണമെന്ന് ദെബോരാ അവനോടു പറഞ്ഞു (ന്യായ 4:3, 6-7). </w:t>
      </w:r>
      <w:r>
        <w:rPr>
          <w:rFonts w:ascii="Nirmala UI" w:hAnsi="Nirmala UI" w:cs="Nirmala UI"/>
          <w:b/>
          <w:sz w:val="22"/>
        </w:rPr>
        <w:t xml:space="preserve">ചിത്രം 9 കാണിക്കുക. </w:t>
      </w:r>
      <w:r>
        <w:rPr>
          <w:rFonts w:ascii="Nirmala UI" w:hAnsi="Nirmala UI" w:cs="Nirmala UI"/>
          <w:b w:val="0"/>
          <w:sz w:val="22"/>
        </w:rPr>
        <w:t xml:space="preserve">ചിത്രത്തിൽ പച്ച വസ്ത്രം ധരിച്ചിരിക്കുന്നയാളാണ് ബാരാക്ക്.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എന്നാൽ ബാരാക്ക് ഭയപ്പെട്ടു. ശത്രു സൈന്യാധിപനായ സീസെരയ്ക്ക് ഇസ്രായേലിന് ഇല്ലാത്ത ധാരാളം പടയാളികളും രഥങ്ങളും (ചക്രങ്ങളുള്ള വേഗമുള്ള വണ്ടികൾ) ഉണ്ടായിരുന്നു. ദെബോരാ കൂടെ പോകുമെങ്കിൽ മാത്രമേ ഇസ്രായേല്യ പടയാളികളെ നയിക്കാൻ താൻ സമ്മതിക്കൂ എന്ന് ബാരാക്ക് പറഞ്ഞു (ന്യായ 4:7-9).</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ദെബോരാ സൈന്യത്തോടൊപ്പം പോകാൻ സമ്മതിച്ചു, എന്നാൽ സീസെരയുടെ മേലുള്ള വിജയത്തിന്റെ മഹത്വം ബാരാക്കിനു ലഭിക്കില്ലെന്ന് അവൾ മുന്നറിയിപ്പ് നൽകി; യഹോവ സീസെരയെ ഒരു സ്ത്രീയുടെ കയ്യിൽ ഏല്പിച്ചു എന്ന് ജനം പറയും (ന്യായ 4:9-10).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ബാരാക്കിന് ഒരു പ്രധാനവും ബുദ്ധിമുട്ടുള്ളതുമായ ജോലി ചെയ്യാനുണ്ടായിരുന്നു, എന്നാൽ ദൈവത്തിലുള്ള അവന്റെ വിശ്വാസം ദുർബലമായിരുന്നു. ദെബോരാ അവനെ പ്രോത്സാഹിപ്പിച്ചു. ദൈവത്തോടൊപ്പമുള്ള യാത്രയിൽ മറ്റുള്ളവരെ പ്രോത്സാഹിപ്പിക്കുന്നത് വളരെ പ്രധാനമാണ്. നിങ്ങൾക്ക് ഒരു ക്രിസ്ത്യൻ സുഹൃത്ത് ഇല്ലെങ്കിൽ, ദൈവത്തെ അനുസരിക്കുന്നതിൽ നിങ്ങൾ പരസ്പരം സഹായിക്കേണ്ടതിന് ഒരാളെ തരണമേ എന്ന് ദൈവത്തോടു ചോദിക്കുക.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9 – Deborah Acts as God’s Voice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9 – Deborah Acts as God’s Voice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