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8</w:t>
      </w:r>
    </w:p>
    <w:p>
      <w:pPr>
        <w:keepNext/>
        <w:spacing w:after="40"/>
      </w:pPr>
      <w:r>
        <w:rPr>
          <w:rFonts w:ascii="Nirmala UI" w:hAnsi="Nirmala UI" w:cs="Nirmala UI"/>
          <w:b/>
          <w:color w:val="1F4E79"/>
          <w:sz w:val="52"/>
        </w:rPr>
        <w:t xml:space="preserve">ഇസ്രായേലിന്റെ നേതാവായ യോശുവ വിടപറയുന്നു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3: ദൈവത്തിലൂടെ വിജയം</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ദൈവത്തെ വിശ്വസ്തതയോടെ പിന്തുടരാൻ യോശുവ ഇസ്രായേല്യരെ എങ്ങനെ പ്രോത്സാഹിപ്പിച്ചു എന്നും ദൈവം എപ്പോഴും തന്റെ വാഗ്ദാനങ്ങൾ പാലിക്കുന്നു എന്നും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യോശുവ 23:1-16; 24:1-31</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യോശുവ 23:14</w:t>
            </w:r>
          </w:p>
          <w:p>
            <w:pPr>
              <w:spacing w:after="40"/>
            </w:pPr>
            <w:r>
              <w:rPr>
                <w:rFonts w:ascii="Nirmala UI" w:hAnsi="Nirmala UI" w:cs="Nirmala UI"/>
                <w:b w:val="0"/>
                <w:i/>
                <w:sz w:val="22"/>
              </w:rPr>
              <w:t xml:space="preserve">“നിങ്ങളുടെ ദൈവമായ യഹോവ നിങ്ങളോട് അരുളിച്ചെയ്ത എല്ലാ നല്ല വാഗ്ദാനങ്ങളിലും ഒന്നും വിഫലമായില്ല എന്ന് നിങ്ങൾ പൂർണ്ണഹൃദയത്തോടും പൂർണ്ണമനസ്സോടും അറിയുന്നു.”</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തങ്ങളുടെ സമൂഹത്തിൽ പ്രായമായവർക്കുള്ള സ്ഥാനത്തെക്കുറിച്ച് ക്ലാസിനോടു ചോദിക്കുക. </w:t>
      </w:r>
      <w:r>
        <w:rPr>
          <w:rFonts w:ascii="Nirmala UI" w:hAnsi="Nirmala UI" w:cs="Nirmala UI"/>
          <w:b w:val="0"/>
          <w:sz w:val="22"/>
        </w:rPr>
        <w:t xml:space="preserve">സാധാരണ അവർ ആദരിക്കപ്പെടുന്നു. ഒരു പ്രായമായ വ്യക്തി മരിക്കാറാകുമ്പോൾ അവരുടെ അവസാന വാക്കുകൾക്കും ഉപദേശത്തിനും നാം വലിയ പ്രാധാന്യം നൽകുന്നു.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യോശുവ ഇപ്പോൾ വൃദ്ധനായിരുന്നു. ഇസ്രായേല്യർ യോർദ്ദാൻ നദി കടന്ന് വാഗ്ദത്ത ദേശമായ കനാനിൽ എത്തിയിട്ട് ഏറെ വർഷങ്ങൾ കഴിഞ്ഞിരുന്നു. ദൈവം നൽകിയ ദേശത്ത് അവർ ഇപ്പോൾ കൂടുതൽ സമാധാനത്തോടെ ജീവിച്ചു. താൻ അധികകാലം ജീവിക്കില്ലെന്ന് യോശുവയ്ക്ക് മനസ്സിലായപ്പോൾ അവരോട് വിടപറയാൻ അവൻ ജനത്തെ ഒരുമിച്ചു വിളിച്ചു (23:1-3).</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ദൈവം തന്റെ വാഗ്ദാനങ്ങൾ എങ്ങനെ പാലിച്ചു എന്ന് യോശുവ ഇസ്രായേൽ ജനത്തെ ഓർമ്മിപ്പിച്ചു. അവൻ അവരെ ഈജിപ്തിൽ നിന്ന് സുരക്ഷിതമായി വാഗ്ദത്ത ദേശത്തേക്കു കൊണ്ടുവന്നു. ശത്രുക്കളുടെ മേൽ അവർക്കു വിജയം നൽകി. </w:t>
      </w:r>
      <w:r>
        <w:rPr>
          <w:rFonts w:ascii="Nirmala UI" w:hAnsi="Nirmala UI" w:cs="Nirmala UI"/>
          <w:b/>
          <w:sz w:val="22"/>
        </w:rPr>
        <w:t xml:space="preserve">1, 4, 7 പാഠങ്ങളെക്കുറിച്ച് ചോദ്യങ്ങൾ ചോദിച്ച് അവ ചുരുക്കമായി അവലോകനം ചെയ്യുക; ദൈവം തന്റെ വാഗ്ദാനങ്ങൾ എങ്ങനെ പാലിച്ചു എന്ന് ഓരോ തവണയും ചൂണ്ടിക്കാണിക്കുക (24:6-8, 11-13).</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വാഗ്ദത്ത ദേശത്തിന്റെ ചില ഭാഗങ്ങൾ ഇനിയും പിടിച്ചടക്കാനുണ്ടെന്ന് യോശുവ ഇസ്രായേല്യരെ ഓർമ്മിപ്പിച്ചു. ശക്തരായിരിക്കാനും ദൈവത്തിന്റെ കല്പനകൾ അനുസരിക്കുന്നതിൽ ശ്രദ്ധാലുക്കളായിരിക്കാനും അവൻ അവരോടു പറഞ്ഞു (23:4-6, 8-11). </w:t>
      </w:r>
      <w:r>
        <w:rPr>
          <w:rFonts w:ascii="Nirmala UI" w:hAnsi="Nirmala UI" w:cs="Nirmala UI"/>
          <w:b/>
          <w:sz w:val="22"/>
        </w:rPr>
        <w:t xml:space="preserve">ചിത്രം 8 കാണിക്കുക.</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ആരെ സേവിക്കണമെന്ന് തീരുമാനിക്കാൻ യോശുവ ജനത്തെ വെല്ലുവിളിച്ചു. അവർ വിശ്വസ്തതയോടെ ദൈവത്തെ സേവിച്ചാൽ അവൻ അവർക്കുള്ള വാഗ്ദാനങ്ങൾ തുടർന്നും പാലിക്കും. ആഖാനെപ്പോലെ അവർ ദൈവത്തെയും അവന്റെ കല്പനകളെയും അനുസരിക്കാതെ അവഗണിച്ചാൽ വാഗ്ദത്ത ദേശം അവർക്കു നഷ്ടമാകും (23:11, 14-16).</w:t>
      </w:r>
    </w:p>
    <w:p>
      <w:pPr>
        <w:pStyle w:val="Heading2"/>
      </w:pPr>
      <w:r>
        <w:rPr>
          <w:rFonts w:ascii="Nirmala UI" w:hAnsi="Nirmala UI" w:cs="Nirmala UI"/>
        </w:rPr>
        <w:t xml:space="preserve">കഥയോടുള്ള നമ്മുടെ പ്രതികരണം</w:t>
      </w:r>
    </w:p>
    <w:p>
      <w:r>
        <w:rPr>
          <w:rFonts w:ascii="Nirmala UI" w:hAnsi="Nirmala UI" w:cs="Nirmala UI"/>
          <w:b/>
          <w:sz w:val="22"/>
        </w:rPr>
        <w:t xml:space="preserve">ദൈവം നമുക്ക് എന്തു വാഗ്ദാനം ചെയ്തിരിക്കുന്നു എന്ന് പറയാൻ കുട്ടികളോടു ആവശ്യപ്പെടുക. </w:t>
      </w:r>
      <w:r>
        <w:rPr>
          <w:rFonts w:ascii="Nirmala UI" w:hAnsi="Nirmala UI" w:cs="Nirmala UI"/>
          <w:b w:val="0"/>
          <w:sz w:val="22"/>
        </w:rPr>
        <w:t xml:space="preserve">സ്വീകരിക്കുന്ന എല്ലാവർക്കും ദൈവം ഏറ്റവും അത്ഭുതകരമായ ദാനം നൽകുന്നു: യേശുക്രിസ്തുവിനെ പിന്തുടർന്ന് ദൈവത്തെ പൂർണ്ണഹൃദയത്തോടെ സേവിക്കുന്നവർക്ക് പാപമോചനവും നിത്യജീവനും.</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8 – Joshua, Israel’s Leader, Says Goodbye</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8 – Joshua, Israel’s Leader, Says Goodbye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