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ദൈവം ഒരു ദിവസം നീട്ടുന്നു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ഇസ്രായേൽ അവന്റെ ശക്തിയിൽ ജയിക്കേണ്ടതിന് ദൈവം ഒരു അത്ഭുതം പ്രവർത്തിച്ചത് എങ്ങനെയെന്ന്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യോശുവ 10:1-15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യോശുവ 10:8</w:t>
            </w:r>
          </w:p>
          <w:p>
            <w:pPr>
              <w:spacing w:after="40"/>
            </w:pPr>
            <w:r>
              <w:rPr>
                <w:rFonts w:ascii="Nirmala UI" w:hAnsi="Nirmala UI" w:cs="Nirmala UI"/>
                <w:b w:val="0"/>
                <w:i/>
                <w:sz w:val="22"/>
              </w:rPr>
              <w:t xml:space="preserve">യഹോവ യോശുവയോട്: “അവരെ ഭയപ്പെടരുത്; ഞാൻ അവരെ നിന്റെ കയ്യിൽ ഏല്പിച്ചിരിക്കുന്നു” എന്നു പറഞ്ഞു.</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ഓരോ ദിവസത്തിലെയും പകൽ മണിക്കൂറുകളുടെ എണ്ണത്തെക്കുറിച്ച് സംസാരിച്ചുകൊണ്ട് ഈ പാഠം ആരംഭിക്കുക. </w:t>
      </w:r>
      <w:r>
        <w:rPr>
          <w:rFonts w:ascii="Nirmala UI" w:hAnsi="Nirmala UI" w:cs="Nirmala UI"/>
          <w:b w:val="0"/>
          <w:sz w:val="22"/>
        </w:rPr>
        <w:t xml:space="preserve">ഭൂമധ്യരേഖയ്ക്കടുത്ത് 12 മണിക്കൂർ പകലും 12 മണിക്കൂർ രാത്രിയുമാണ്. ഇതു മാറ്റാൻ നമുക്ക് ഒന്നും ചെയ്യാനാവില്ല. സൂര്യൻ അസ്തമിച്ചശേഷം വെളിച്ചം വേണമെങ്കിൽ നാം വൈദ്യുതി വിളക്കോ വിളക്കോ മറ്റെന്തെങ്കിലും വെളിച്ച സ്രോതസ്സോ ഉപയോഗിക്കണം. സൂര്യൻ ഉദിക്കുന്നതും അസ്തമിക്കുന്നതും നമുക്കു തടയാനാവില്ല.</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യോശുവയ്ക്ക് ഒരു വലിയ യുദ്ധം ചെയ്യാനുണ്ടായിരുന്നു. ഒരു ദിവസംകൊണ്ട് ശത്രുവിനെ പൂർണ്ണമായും നശിപ്പിക്കുന്നത് വളരെ ബുദ്ധിമുട്ടായിരിക്കും. അവന്റെ സമയം തീർന്നുപോകും. </w:t>
      </w:r>
      <w:r>
        <w:rPr>
          <w:rFonts w:ascii="Nirmala UI" w:hAnsi="Nirmala UI" w:cs="Nirmala UI"/>
          <w:b/>
          <w:sz w:val="22"/>
        </w:rPr>
        <w:t xml:space="preserve">വാഗ്ദത്ത ദേശത്ത് യോശുവ പല ശത്രുക്കളെ നേരിട്ടതെങ്ങനെയെന്ന് വിവരിക്കുക.</w:t>
      </w:r>
    </w:p>
    <w:p>
      <w:pPr>
        <w:ind w:left="567"/>
      </w:pPr>
      <w:r>
        <w:rPr>
          <w:rFonts w:ascii="Nirmala UI" w:hAnsi="Nirmala UI" w:cs="Nirmala UI"/>
          <w:b w:val="0"/>
          <w:sz w:val="22"/>
        </w:rPr>
        <w:t xml:space="preserve">അഞ്ചു ശക്തമായ ഗോത്രങ്ങൾ </w:t>
      </w:r>
      <w:r>
        <w:rPr>
          <w:rFonts w:ascii="Nirmala UI" w:hAnsi="Nirmala UI" w:cs="Nirmala UI"/>
          <w:b/>
          <w:sz w:val="22"/>
        </w:rPr>
        <w:t xml:space="preserve">(അവയുടെ പേരുകൾ പറയരുത്) </w:t>
      </w:r>
      <w:r>
        <w:rPr>
          <w:rFonts w:ascii="Nirmala UI" w:hAnsi="Nirmala UI" w:cs="Nirmala UI"/>
          <w:b w:val="0"/>
          <w:sz w:val="22"/>
        </w:rPr>
        <w:t xml:space="preserve">ഒന്നിച്ചുചേർന്ന് യോശുവ സൗഹൃദ ഉടമ്പടി ചെയ്തിരുന്ന ഗിബെയോൻ</w:t>
      </w:r>
    </w:p>
    <w:p>
      <w:pPr>
        <w:ind w:left="567"/>
      </w:pPr>
      <w:r>
        <w:rPr>
          <w:rFonts w:ascii="Nirmala UI" w:hAnsi="Nirmala UI" w:cs="Nirmala UI"/>
          <w:b w:val="0"/>
          <w:sz w:val="22"/>
        </w:rPr>
        <w:t xml:space="preserve">ഗോത്രത്തെ ആക്രമിച്ചു. ഇപ്പോൾ ഗിബെയോന്യർ യോശുവയോടു സഹായം ചോദിച്ചു (10:1-6).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യോശുവ തന്റെ സൈന്യത്തെ മുഴുവൻ കൂടെ കൊണ്ടുപോയി – അമിതവിശ്വാസത്തോടെ തന്റെ ചില പടയാളികളെ മാത്രം ഉപയോഗിച്ച ഹായിയിലെ ആദ്യ യുദ്ധത്തിൽ നിന്ന് വ്യത്യസ്തമായി (7:3). മറ്റ് അഞ്ച് ഗോത്രങ്ങൾക്കെതിരെ ഗിബെയോന്യരോടൊപ്പം ചേരാൻ അവർ രാത്രി മുഴുവൻ മാർച്ച് ചെയ്തു. ദൈവം യോശുവയ്ക്ക് ഒരു വാഗ്ദാനം നൽകി (10:7-9). </w:t>
      </w:r>
      <w:r>
        <w:rPr>
          <w:rFonts w:ascii="Nirmala UI" w:hAnsi="Nirmala UI" w:cs="Nirmala UI"/>
          <w:b/>
          <w:sz w:val="22"/>
        </w:rPr>
        <w:t xml:space="preserve">മനഃപാഠ വാക്യം പറയുക.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പകൽ വരുന്നതിനു മുമ്പ് യോശുവ ശത്രുവിനെ ആക്രമിച്ചു. അവർ ഓടിപ്പോയപ്പോൾ യോശുവയും പടയാളികളും അവരെ പിന്തുടർന്നു. ദൈവം ആലിപ്പഴ വർഷം അയച്ചു; യോശുവയുടെ പടയാളികളെക്കാൾ കൂടുതൽ ശത്രുക്കൾ അതിൽ മരിച്ചു (10:10-11). ചിത്രം 7 കാണിക്കുക.</w:t>
      </w:r>
    </w:p>
    <w:p>
      <w:pPr>
        <w:ind w:left="567"/>
      </w:pPr>
      <w:r>
        <w:rPr>
          <w:rFonts w:ascii="Nirmala UI" w:hAnsi="Nirmala UI" w:cs="Nirmala UI"/>
          <w:b/>
          <w:sz w:val="22"/>
        </w:rPr>
        <w:t xml:space="preserve">കഥയുടെ ബാക്കി പറയുമ്പോൾ ചിത്രം കാണത്തക്കവിധം പിടിക്കുക.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എന്നാൽ യോശുവയുടെ സമയം തീരുകയായിരുന്നു. യുദ്ധം പൂർണ്ണമായി ജയിക്കുന്നതിനു മുമ്പ് ദിവസം അവസാനിക്കുന്നത് അവൻ ആഗ്രഹിച്ചില്ല; അല്ലെങ്കിൽ ഒരു രാത്രിയിലെ വിശ്രമത്തിനു ശേഷം ശത്രുക്കൾ വീണ്ടും ശക്തി നേടിയേക്കാം. ദൈവനാമത്തിൽ സൂര്യനോടും ചന്ദ്രനോടും നിശ്ചലമായി നിൽക്കാൻ യോശുവ പറഞ്ഞു. ദൈവം അത് സംഭവിക്കാൻ അനുവദിച്ചു! ഇതുപോലെ മറ്റൊരു ദിവസം ഒരിക്കലും ഉണ്ടായിട്ടില്ല. ഈ അത്ഭുതത്തിലൂടെ ഇസ്രായേലിന് വിജയം നൽകിയത് താനാണെന്ന് ദൈവം തെളിയിച്ചു (10:12-14).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വരൾച്ചയുടെ കാലത്ത് ചില ക്രിസ്ത്യൻ സഭകൾ മഴയ്ക്കായി പ്രത്യേക പ്രാർത്ഥനായോഗങ്ങൾ നടത്തുന്നു. ചിലപ്പോൾ തൊട്ടുപിന്നാലെ മഴ വരികയും തന്റെ ജനത്തിനു വേണ്ടി പ്രകൃതിയിൽ ദൈവം പ്രവർത്തിക്കുന്ന ശക്തി അനേകർ കാണുകയും ചെയ്യുന്നു. മറ്റു ചിലപ്പോൾ മഴ പിന്നീടാണ് വരുന്നതെങ്കിൽ, ദൈവം നമ്മുടെ പ്രാർത്ഥന കേൾക്കുന്നില്ലെന്നോ കരുതുന്നില്ലെന്നോ അർത്ഥമില്ല. നമുക്കുവേണ്ടി ഒരു വലിയ കാര്യം ചെയ്യാൻ നാം അവനോട് പ്രാർത്ഥിക്കുന്നുവെങ്കിൽ, നമുക്ക് ഏറ്റവും നല്ലത് എന്താണെന്ന് അവൻ അറിയുന്നു എന്നും നാം വിശ്വസിക്കുന്നു എന്നാണ് അതിനർത്ഥം.</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God Lengthens One Day</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God Lengthens One Day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