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5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ഹായി യുദ്ധം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3: ദൈവത്തിലൂടെ വിജയം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നമ്മുടെ സ്വന്തം ശക്തിയിലും ജ്ഞാനത്തിലും ആശ്രയിക്കുന്നതിനു പകരം ദൈവത്തിൽ ആശ്രയിക്കാത്തത് പരാജയത്തിലേക്കു നയിക്കുമെന്ന് കുട്ടികളെ കാണിക്കുക.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യോശുവ 7:1-13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സദൃശവാക്യങ്ങൾ 3:5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നിന്റെ പൂർണ്ണഹൃദയത്തോടെ യഹോവയിൽ ആശ്രയിക്ക; സ്വന്തവിവേകത്തിൽ ഊന്നരുത് …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 w:val="0"/>
          <w:sz w:val="22"/>
        </w:rPr>
        <w:t xml:space="preserve">ഒരു സ്ത്രീക്ക് തലയിൽ വലിയ ഒരു വെള്ളപ്പാത്രം ചുമക്കണമെങ്കിൽ അത് ഉയർത്തിവയ്ക്കാൻ മറ്റൊരാളുടെ സഹായം ചോദിക്കും. ആ സ്ഥാനത്തേക്ക് ഒറ്റയ്ക്ക് ഉയർത്താൻ അത് വളരെ ഭാരമുള്ളതാണ്. ഒറ്റയ്ക്ക് ചെയ്യാൻ ശ്രമിച്ചാൽ ധാരാളം വെള്ളം തുളുമ്പിപ്പോകാൻ സാധ്യതയുണ്ട്.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ഹായി നഗരത്തെയും ചുറ്റുമുള്ള നാട്ടിൻപുറത്തെയും ചാരപ്പണി ചെയ്യാൻ യോശുവ ചില ഇസ്രായേല്യരെ അയച്ചു (7:2).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 w:val="0"/>
          <w:sz w:val="22"/>
        </w:rPr>
        <w:t xml:space="preserve">ഈ ചാരന്മാർ യോശുവയുടെ അടുക്കൽ മടങ്ങിവന്നപ്പോൾ, ഹായി പിടിച്ചടക്കുന്നത് വളരെ എളുപ്പമായതിനാൽ യുദ്ധത്തിൽ ചേരാൻ അവരുടെ കുറച്ചു പടയാളികൾ മതിയെന്ന് അവർ പറഞ്ഞു (7:3). അവർ ദൈവത്തോടു നിർദ്ദേശം ചോദിച്ചില്ല. അവർ സ്വന്തം ശക്തിയിലും ജ്ഞാനത്തിലും വിശ്വാസം വച്ചു.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ഹായി യുദ്ധത്തിൽ എന്തു സംഭവിച്ചു എന്നു വിവരിക്കുക. </w:t>
      </w:r>
      <w:r>
        <w:rPr>
          <w:rFonts w:ascii="Nirmala UI" w:hAnsi="Nirmala UI" w:cs="Nirmala UI"/>
          <w:b w:val="0"/>
          <w:sz w:val="22"/>
        </w:rPr>
        <w:t xml:space="preserve">ഹായിയിലെ ജനം ഇസ്രായേല്യരെ കീഴടക്കി, അവർ ഭയന്ന് ഓടിപ്പോയി (7:4-5). </w:t>
      </w:r>
      <w:r>
        <w:rPr>
          <w:rFonts w:ascii="Nirmala UI" w:hAnsi="Nirmala UI" w:cs="Nirmala UI"/>
          <w:b/>
          <w:sz w:val="22"/>
        </w:rPr>
        <w:t xml:space="preserve">ചിത്രം 5 കാണിക്കുക. </w:t>
      </w:r>
      <w:r>
        <w:rPr>
          <w:rFonts w:ascii="Nirmala UI" w:hAnsi="Nirmala UI" w:cs="Nirmala UI"/>
          <w:b w:val="0"/>
          <w:sz w:val="22"/>
        </w:rPr>
        <w:t xml:space="preserve">ഇസ്രായേല്യരെ ഹായിയിലെ പടയാളികൾ ഓടിക്കുന്നത് നോക്കുക! ഈ ആഴ്ചത്തെ മനഃപാഠ വാക്യം പരിചയപ്പെടുത്തുക. ഇസ്രായേല്യർ ദൈവത്തിൽ ആശ്രയിച്ചില്ല. ഹായിയെക്കുറിച്ച് തങ്ങൾ കണ്ടെത്തിയതിനെ സംബന്ധിച്ച തങ്ങളുടെ സ്വന്തം ധാരണയെ അവർ ആശ്രയിച്ചു.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ഈ പരാജയത്തിൽ യോശുവയും ഇസ്രായേലിലെ മറ്റു നേതാക്കളും വളരെ ദുഃഖിതരായി. അവർ തങ്ങളുടെ കഷ്ടത ദൈവത്തോടു നിലവിളിച്ചു. ഇനി ഈ ദേശത്തെ അവരുടെ ശത്രുക്കൾ അവരെക്കുറിച്ച് എന്തു ചിന്തിക്കും? അവർ അവരെ പരിഹസിക്കും. അവർ ഇസ്രായേല്യരെ തോല്പിച്ച് ഇസ്രായേലിന്റെ ദൈവം യഥാർത്ഥത്തിൽ ശക്തനല്ലെന്നു പറയും (7:6-9).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ദൈവം യോശുവയിലും ഇസ്രായേൽ ജനത്തിലും നിരാശനായിരുന്നു. അവർ സ്വന്തം ശക്തിയിൽ ആശ്രയിച്ചതിനാലാണ് അവർ യുദ്ധം തോറ്റത്. യെരീഹോവിന്മേലുള്ള വിജയം പൂർണ്ണമായും ദൈവത്തിന്റെ പ്രവൃത്തിയായിരുന്നു, അവരുടെ സ്വന്തം ബുദ്ധിയല്ല എന്ന് അവർ മറന്നുപോയി. അതുകൊണ്ടാണ് ദൈവഹിതം ചോദിക്കാതെ ഹായിയെ നേരിടാൻ അവർ തുനിഞ്ഞത്. </w:t>
      </w:r>
      <w:r>
        <w:rPr>
          <w:rFonts w:ascii="Nirmala UI" w:hAnsi="Nirmala UI" w:cs="Nirmala UI"/>
          <w:b/>
          <w:sz w:val="22"/>
        </w:rPr>
        <w:t xml:space="preserve">ആമുഖ കഥ ഓർമ്മിപ്പിക്കുക: ഒരു സ്ത്രീ ഭാരമുള്ള പാത്രം ഒറ്റയ്ക്ക് തലയിൽ ഉയർത്താൻ ശ്രമിക്കുമ്പോൾ വെള്ളം തുളുമ്പിപ്പോകുന്നു.</w:t>
      </w:r>
    </w:p>
    <w:p>
      <w:pPr>
        <w:ind w:left="567"/>
      </w:pPr>
      <w:r>
        <w:rPr>
          <w:rFonts w:ascii="Nirmala UI" w:hAnsi="Nirmala UI" w:cs="Nirmala UI"/>
          <w:b w:val="0"/>
          <w:sz w:val="22"/>
        </w:rPr>
        <w:t xml:space="preserve">മാത്രമല്ല, യെരീഹോവിലുള്ളതെല്ലാം കർത്താവിന്റേതായിരുന്നിട്ടും ഇസ്രായേല്യർ ദൈവത്തിന്റെ നിർദ്ദേശങ്ങൾ ലംഘിച്ച് ചില വസ്തുക്കൾ സ്വന്തമാക്കിയിരുന്നു (7:1, 10-12). </w:t>
      </w:r>
      <w:r>
        <w:rPr>
          <w:rFonts w:ascii="Nirmala UI" w:hAnsi="Nirmala UI" w:cs="Nirmala UI"/>
          <w:b/>
          <w:sz w:val="22"/>
        </w:rPr>
        <w:t xml:space="preserve">ആഖാന്റെ കഥ ഇപ്പോൾ പറയരുത്. </w:t>
      </w:r>
      <w:r>
        <w:rPr>
          <w:rFonts w:ascii="Nirmala UI" w:hAnsi="Nirmala UI" w:cs="Nirmala UI"/>
          <w:b w:val="0"/>
          <w:sz w:val="22"/>
        </w:rPr>
        <w:t xml:space="preserve">അടുത്ത പാഠത്തിൽ നാം അതിലേക്കു വരും.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ദൈവത്തോടുള്ള തങ്ങളുടെ അനുസരണക്കേട് ഏറ്റുപറയാൻ ഒരുങ്ങാൻ യോശുവ ഇസ്രായേല്യരോടു പറയണമായിരുന്നു. ദൈവവുമായുള്ള ബന്ധം നന്നാക്കിയശേഷം മാത്രമേ അവർക്കു ഹായിയെ തോല്പിക്കാനാകൂ (7:13).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ഒരാൾ മലിനജലം കുടിച്ചാൽ രോഗിയാകും. നാം ദൈവത്തെ അനുസരിക്കാതിരുന്നാൽ പാപത്തിൽ വീഴുകയും നമ്മുടെ പ്രശ്നങ്ങളെ മറികടക്കാൻ കഴിയാതെ വരികയും ചെയ്യും. ജീവിതത്തിൽ ഏറ്റവും പ്രധാനം ദൈവവുമായി ശക്തമായ ബന്ധം ഉണ്ടായിരിക്കുക എന്നതാണ്; അതിനർത്ഥം നാം അവന്റെ നിർദ്ദേശങ്ങൾ അനുസരിക്കുകയും അവനിൽ ആശ്രയിക്കുകയും ചെയ്യണം എന്നാണ്.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ആവർത്തിക്കുക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5 – The Battle of Ai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5 – The Battle of Ai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