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യെരീഹോവിന്റെ മതിലുകൾ വീഴുന്നു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3: ദൈവത്തിലൂടെ വിജയം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നമ്മുടെ സ്വന്തം പദ്ധതികളെക്കാൾ ദൈവത്തിന്റെ കല്പനകൾ അനുസരിക്കുന്നതാണ് നല്ലതെന്ന്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യോശുവ 6:1-21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എബ്രായർ 11:30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വിശ്വാസത്താൽ യെരീഹോവിന്റെ മതിലുകൾ ഏഴു ദിവസം ചുറ്റിനടന്നശേഷം വീണു.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അധ്യാപകൻ കഥ പറയുമ്പോൾ കുട്ടികൾക്ക് ആ പ്രവൃത്തികൾ അഭിനയിക്കാൻ ഈ പാഠം അവസരം നൽകുന്നു, എന്നാൽ ഇതിന് മുൻകൂട്ടി കുറച്ച് തയ്യാറെടുപ്പ് ആവശ്യമാണ്.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പ്രായോഗിക തയ്യാറെടുപ്പുകൾ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ക്ലാസ് കൂടുന്ന സ്ഥലത്തിന്റെ നടുവിൽ ഒരു വൃത്തം വരയ്ക്കുക, അല്ലെങ്കിൽ യെരീഹോവിനെ പ്രതിനിധീകരിക്കാൻ ഒരു മേശ ഉപയോഗിക്കുക. കുട്ടികൾ ഈ “നഗര”ത്തെ ചുറ്റി നടക്കും. അതു സാധ്യമല്ലെങ്കിൽ കെട്ടിടം മുഴുവൻ യെരീഹോവായി കണക്കാക്കി ക്ലാസ് അതിനെ ചുറ്റി നടക്കാം.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കുട്ടികൾക്ക് തോളിൽ ചുമക്കാൻ കഴിയുംവിധം ഒരു പെട്ടി രണ്ടു തണ്ടുകളിൽ കെട്ടുക. ഇത് ഉടമ്പടിയുടെ പെട്ടകത്തെ പ്രതിനിധീകരിക്കണം. പുരോഹിതന്മാരായി അഭിനയിക്കുന്ന നാലു കുട്ടികൾ അത് ചുമക്കും.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ഒരു നോട്ട്ബുക്കിന്റെ വലുപ്പമുള്ള ഏഴ് കടലാസ് കഷണങ്ങൾ ക്ലാസിൽ കൊണ്ടുവരിക. പുരോഹിതന്മാരുടെ കാഹളങ്ങൾ ഉണ്ടാക്കാൻ അവ ചുരുട്ടുക.</w:t>
      </w:r>
    </w:p>
    <w:p>
      <w:r>
        <w:rPr>
          <w:rFonts w:ascii="Nirmala UI" w:hAnsi="Nirmala UI" w:cs="Nirmala UI"/>
          <w:b/>
          <w:sz w:val="22"/>
        </w:rPr>
        <w:t xml:space="preserve">ആമുഖം ദൈവത്തിന്റെ കല്പനകൾ അനുസരിച്ച് ശക്തമായ യെരീഹോ നഗരം പിടിച്ചടക്കിയ ഇസ്രായേൽ ജനമായി ഇന്ന് അവർ അഭിനയിക്കാൻ പോകുന്നു എന്ന് ക്ലാസിനോടു വിശദീകരിക്കുക. നിങ്ങൾ യെരീഹോവായി ക്രമീകരിച്ച സ്ഥലം അവരെ കാണിക്കുക, തുടർന്ന് നിങ്ങളുടെ അഭിനേതാക്കളെ തിരഞ്ഞെടുക്കുക: </w:t>
      </w:r>
      <w:r>
        <w:rPr>
          <w:rFonts w:ascii="Nirmala UI" w:hAnsi="Nirmala UI" w:cs="Nirmala UI"/>
          <w:b w:val="0"/>
          <w:sz w:val="22"/>
        </w:rPr>
        <w:t xml:space="preserve">* ഉടമ്പടിയുടെ പെട്ടകം ചുമക്കാൻ നാലു കുട്ടികൾ * കാഹളം ചുമന്ന പുരോഹിതന്മാരാകാൻ ഏഴു കുട്ടികൾ * കർത്താവിന്റെ പെട്ടകത്തിന്റെ പിന്നിൽ നടന്ന പടയാളികളാകാൻ കുറച്ചു കുട്ടികൾ.</w:t>
      </w:r>
    </w:p>
    <w:p>
      <w:r>
        <w:rPr>
          <w:rFonts w:ascii="Nirmala UI" w:hAnsi="Nirmala UI" w:cs="Nirmala UI"/>
          <w:b/>
          <w:sz w:val="22"/>
        </w:rPr>
        <w:t xml:space="preserve">നിങ്ങൾ യോശുവയുടെ വേഷം ചെയ്യണം.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യെരീഹോ നഗരം പിടിച്ചടക്കാൻ ദൈവം നിങ്ങൾക്ക് എങ്ങനെ നിർദ്ദേശം നൽകി എന്ന് യോശുവയുടെ വേഷത്തിൽ വിവരിക്കുക. </w:t>
      </w:r>
      <w:r>
        <w:rPr>
          <w:rFonts w:ascii="Nirmala UI" w:hAnsi="Nirmala UI" w:cs="Nirmala UI"/>
          <w:b w:val="0"/>
          <w:sz w:val="22"/>
        </w:rPr>
        <w:t xml:space="preserve">ചുറ്റും ശക്തമായ മതിലുകളുള്ള, നന്നായി സംരക്ഷിക്കപ്പെട്ട ഒരു നഗരമായിരുന്നു അത്. എന്നാൽ ദൈവത്തിന്റെ പദ്ധതി അനുസരിച്ചാൽ ഏതു തടസ്സത്തെയും നമുക്കു മറികടക്കാമെന്ന് എനിക്കറിയാമായിരുന്നു (6:12).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നിർദ്ദേശങ്ങൾ വിവരിക്കുക. </w:t>
      </w:r>
      <w:r>
        <w:rPr>
          <w:rFonts w:ascii="Nirmala UI" w:hAnsi="Nirmala UI" w:cs="Nirmala UI"/>
          <w:b w:val="0"/>
          <w:sz w:val="22"/>
        </w:rPr>
        <w:t xml:space="preserve">ആറു ദിവസം ദിവസത്തിൽ ഒരു തവണ ഇസ്രായേൽ ജനം ഇനിപ്പറയുന്ന ക്രമത്തിൽ ഒരു ഘോഷയാത്രയായി നഗരത്തെ ചുറ്റി നടക്കണമായിരുന്നു: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* കാഹളം ഊതുന്ന ഏഴു പുരോഹിതന്മാർ * ഉടമ്പടിയുടെ പെട്ടകം ചുമക്കുന്ന നാലു പുരോഹിതന്മാർ * പൂർണ്ണമായും നിശ്ശബ്ദരായിരിക്കേണ്ട ഇസ്രായേല്യ പടയാളികൾ.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നിങ്ങൾ തിരഞ്ഞെടുത്ത അഭിനേതാക്കളോടൊപ്പം ഇത് അഭിനയിക്കുക (6:6-14).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ഏഴാം ദിവസത്തെ പ്രവൃത്തി വിശദീകരിക്കുക. </w:t>
      </w:r>
      <w:r>
        <w:rPr>
          <w:rFonts w:ascii="Nirmala UI" w:hAnsi="Nirmala UI" w:cs="Nirmala UI"/>
          <w:b w:val="0"/>
          <w:sz w:val="22"/>
        </w:rPr>
        <w:t xml:space="preserve">കർത്താവ് നിർദ്ദേശിച്ചതുപോലെ പുരോഹിതന്മാരും പടയാളികളും യെരീഹോവിനെ ആറു തവണ ചുറ്റി നടന്നു. ഏഴാം ദിവസം കാഹളങ്ങൾ ദീർഘമായി മുഴങ്ങിയപ്പോൾ യോശുവ കല്പന നൽകി, എല്ലാവരും ആർത്തുവിളിച്ചു, മതിലുകൾ വീണു.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ക്ലാസിനോടൊപ്പം ഇത് അഭിനയിക്കുക. മതിലുകൾ വീഴുന്ന ശബ്ദത്തിനായി അവർക്കു കൈകൊട്ടാം. തങ്ങളുടെ ഇരിപ്പിടങ്ങളിലേക്കു മടങ്ങുമ്പോൾ ഒരു സ്തുതിഗീതം പാടുക (6:15-16, 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/>
          <w:sz w:val="22"/>
        </w:rPr>
        <w:t xml:space="preserve">ചിത്രം 4 കാണിക്കുക. പുരോഹിതന്മാർ, ഉടമ്പടിയുടെ പെട്ടകം, ഇസ്രായേല്യ പടയാളികൾ, യെരീഹോവിന്റെ മതിലുകൾ എന്നിവ ചൂണ്ടിക്കാണിക്കുക. </w:t>
      </w:r>
      <w:r>
        <w:rPr>
          <w:rFonts w:ascii="Nirmala UI" w:hAnsi="Nirmala UI" w:cs="Nirmala UI"/>
          <w:b w:val="0"/>
          <w:sz w:val="22"/>
        </w:rPr>
        <w:t xml:space="preserve">ഇസ്രായേല്യർക്ക് ഉടമ്പടിയുടെ പെട്ടകം ദൈവം അവരോടുകൂടെ ഉണ്ടെന്നതിന്റെയും യുദ്ധവും അതിന്റെ ഫലവും അവന്റേതാണെന്നതിന്റെയും അടയാളമായിരുന്നു.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ഇസ്രായേല്യർ യെരീഹോവിൽ നിന്ന് ഒന്നും സ്വന്തമായി എടുക്കരുതായിരുന്നു. അതെല്ലാം ദൈവത്തിന്റേതായിരുന്നു. നിവാസികളിൽ രാഹാബിനെയും അവളുടെ കുടുംബത്തെയും മാത്രം രക്ഷിക്കണമായിരുന്നു. യോശുവ യെരീഹോവിലേക്ക് അയച്ച ചാരന്മാരെ രാഹാബ് സ്വീകരിച്ച് സംരക്ഷിച്ചിരുന്നു. </w:t>
      </w:r>
      <w:r>
        <w:rPr>
          <w:rFonts w:ascii="Nirmala UI" w:hAnsi="Nirmala UI" w:cs="Nirmala UI"/>
          <w:b/>
          <w:sz w:val="22"/>
        </w:rPr>
        <w:t xml:space="preserve">ചിത്രത്തിൽ ചുവന്ന ചരട് കൊണ്ട് അടയാളപ്പെടുത്തിയ രാഹാബിന്റെ വീട് കാണിക്കുക (6:17-19; 2:15-18).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യെരീഹോ യുദ്ധം സാധാരണ രീതിയിലല്ല ജയിച്ചത്.</w:t>
      </w:r>
    </w:p>
    <w:p>
      <w:r>
        <w:rPr>
          <w:rFonts w:ascii="Nirmala UI" w:hAnsi="Nirmala UI" w:cs="Nirmala UI"/>
          <w:b w:val="0"/>
          <w:sz w:val="22"/>
        </w:rPr>
        <w:t xml:space="preserve">വാഗ്ദത്ത ദേശത്ത് ഇസ്രായേൽ തന്നെ അനുസരിച്ച് ജീവിക്കുമെന്ന് തെളിയിക്കണമെന്ന് ദൈവം ആഗ്രഹിച്ചു. ദൈവത്തെ അനുസരിക്കുക എന്നത് പലപ്പോഴും ആളുകൾ പ്രതീക്ഷിക്കുന്നതിൽ നിന്ന് വ്യത്യസ്തമായി പെരുമാറുക എന്നാണ്. ചിലപ്പോൾ ദൈവത്തിന്റെ നിർദ്ദേശങ്ങൾ പിന്തുടരുന്നത് മറ്റുള്ളവർക്ക് വിഡ്ഢിത്തമായി തോന്നും!</w:t>
      </w:r>
    </w:p>
    <w:p>
      <w:r>
        <w:rPr>
          <w:rFonts w:ascii="Nirmala UI" w:hAnsi="Nirmala UI" w:cs="Nirmala UI"/>
          <w:b/>
          <w:sz w:val="22"/>
        </w:rPr>
        <w:t xml:space="preserve">ഇത്തരം വ്യത്യസ്തമായ പെരുമാറ്റത്തിന്റെ പ്രായോഗിക ഉദാഹരണങ്ങൾ ചർച്ച ചെയ്യുക: സത്യസന്ധത പുലർത്തുക, പരീക്ഷകളിൽ കോപ്പിയടിക്കാതിരിക്കുക, മറ്റൊരാൾ വീഴ്ത്തിയ പണം കണ്ടാൽ അത് സൂക്ഷിക്കാതിരിക്കുക തുടങ്ങിയവ.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4 – Jericho’s Walls Fall Down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4 – Jericho’s Walls Fall Down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