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3</w:t>
      </w:r>
    </w:p>
    <w:p>
      <w:pPr>
        <w:keepNext/>
        <w:spacing w:after="40"/>
      </w:pPr>
      <w:r>
        <w:rPr>
          <w:rFonts w:ascii="Nirmala UI" w:hAnsi="Nirmala UI" w:cs="Nirmala UI"/>
          <w:b/>
          <w:color w:val="1F4E79"/>
          <w:sz w:val="52"/>
        </w:rPr>
        <w:t xml:space="preserve">ഇസ്രായേല്യർ യോർദ്ദാൻ കടന്ന് കനാനിലേക്കു പോകുന്നു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തന്റെ ശക്തിയാൽ നമ്മുടെ ബുദ്ധിമുട്ടുകൾ മറികടക്കാൻ സഹായിക്കേണ്ടതിന് നാം വിശ്വാസത്തോടെ മുന്നോട്ടു ചുവടുവെക്കണമെന്ന് അവൻ പ്രതീക്ഷിക്കുന്നു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യോശുവ 3:1-7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എബ്രായർ 11:1</w:t>
            </w:r>
          </w:p>
          <w:p>
            <w:pPr>
              <w:spacing w:after="40"/>
            </w:pPr>
            <w:r>
              <w:rPr>
                <w:rFonts w:ascii="Nirmala UI" w:hAnsi="Nirmala UI" w:cs="Nirmala UI"/>
                <w:b w:val="0"/>
                <w:i/>
                <w:sz w:val="22"/>
              </w:rPr>
              <w:t xml:space="preserve">വിശ്വാസം എന്നതോ, ആശിക്കുന്നതിന്റെ ഉറപ്പും കാണാത്തതിന്റെ നിശ്ചയവും ആകുന്നു.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 മറ്റൊരാളുടെ വീട്ടിൽ പോയി, മുമ്പൊരിക്കലും കഴിച്ചിട്ടില്ലാത്ത ഒരു പരിചയമില്ലാത്ത ഭക്ഷണം തന്നാൽ, പാചകക്കാരൻ നല്ല ഭക്ഷണമാണ് ഒരുക്കിയതെന്ന് നിങ്ങൾ വിശ്വസിക്കണം. ഭക്ഷണം നല്ലതാണെന്ന് എല്ലാവരും പറഞ്ഞാലും ഉറപ്പിക്കാൻ നിങ്ങൾ തന്നെ രുചിച്ചുനോക്കണം. അവരെ വിശ്വസിക്കുന്നു എന്നു പറയുക മാത്രം ചെയ്ത്, ഭക്ഷണം വായിൽ വയ്ക്കാൻ വിസമ്മതിച്ചാൽ അതിന്റെ രുചി നല്ലതാണെന്ന് നിങ്ങൾക്ക് ഉറപ്പാകില്ല. മറ്റാർക്കും നിങ്ങൾക്കുവേണ്ടി ഇതു ചെയ്യാൻ കഴിയില്ല.</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മോശെ 12 പര്യവേക്ഷകരെ വാഗ്ദത്ത ദേശത്തേക്ക് അയച്ചിട്ട് നാല്പതു വർഷം കഴിഞ്ഞു. മോശെ ഇതിനകം മരിച്ചിരുന്നു. യോശുവ പുതിയ നേതാവായിരുന്നു, അവൻ തന്റെ ജനത്തെ വാഗ്ദത്ത ദേശത്തിന്റെ അതിർത്തിയായ യോർദ്ദാൻ നദിവരെ നയിച്ചു (3:1).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എല്ലാ ഇസ്രായേല്യരും എങ്ങനെ നദി കടക്കും? നദി കരകവിഞ്ഞൊഴുകുകയായിരുന്നു, ഒഴുക്കു ശക്തമായിരുന്നു, പാലവും ഉണ്ടായിരുന്നില്ല. അവരോടൊപ്പം ധാരാളം കുട്ടികളും മൃഗങ്ങളും ഉണ്ടായിരുന്നു. ഇത് വലിയ പ്രശ്നമായിരുന്നു. ഈ വലിയ ബുദ്ധിമുട്ട് അവർ എങ്ങനെ മറികടക്കുമെന്ന് ദൈവം യോശുവയോടു പറഞ്ഞു (3:7).</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ഇസ്രായേലിലെ പുരോഹിതന്മാർക്ക് ഉടമ്പടിയുടെ പെട്ടകം അഥവാ യഹോവയുടെ പെട്ടകം എന്നു വിളിക്കുന്ന ഒരു പ്രത്യേക മരപ്പെട്ടി ഉണ്ടായിരുന്നു. ദൈവം മോശെക്ക് നൽകിയ ജീവിത നിയമങ്ങളുള്ള കൽപ്പലകകൾ അതിൽ ഉണ്ടായിരുന്നു (പുറ 25:20-21). പുരോഹിതന്മാർ ഉടമ്പടിയുടെ പെട്ടകം നദിയിലേക്കു ചുമന്നുകൊണ്ടുപോകണമായിരുന്നു. അവരുടെ കാൽ വെള്ളത്തിന്റെ അരികിൽ തൊട്ട ഉടൻ കർത്താവ് അവർക്കു കടക്കാൻ ഒരു വഴി തുറക്കും (3:9-13).</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നദി കരകവിഞ്ഞൊഴുകുകയായിരുന്നെങ്കിലും പുരോഹിതന്മാർ വെള്ളത്തിൽ ഇറങ്ങണമായിരുന്നു. അവർക്കു നദീതീരത്തു വെറുതെ നിൽക്കാൻ കഴിയുമായിരുന്നില്ല; വെള്ളം ഒഴുകുന്നത് നിൽക്കുന്നതിനു മുമ്പ് അവർ വിശ്വാസത്തോടെ ചുവടുവെക്കണമായിരുന്നു. ദൈവത്തിന്റെ നിർദ്ദേശങ്ങൾ അനുസരിച്ചശേഷം മാത്രമാണ് തടസ്സം അവരുടെ വഴിയിൽ നിന്നു നീങ്ങിയത്. എന്താണ് സംഭവിച്ചതെന്ന് വിവരിക്കുക (3:14-17).</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ചിത്രം 3 കാണിക്കുക. </w:t>
      </w:r>
      <w:r>
        <w:rPr>
          <w:rFonts w:ascii="Nirmala UI" w:hAnsi="Nirmala UI" w:cs="Nirmala UI"/>
          <w:b w:val="0"/>
          <w:sz w:val="22"/>
        </w:rPr>
        <w:t xml:space="preserve">പുരോഹിതന്മാർ ഉടമ്പടിയുടെ പെട്ടകം പിടിച്ച് യോർദ്ദാൻ നദിയുടെ നടുവിൽ നിൽക്കുന്നു. മഞ്ഞ വസ്ത്രം ധരിച്ച യോശുവ നദിയുടെ അരികിൽ നിൽക്കുന്നു, ജനമെല്ലാം സുരക്ഷിതമായി നദി കടക്കുന്നു.</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നാം വിശ്വാസത്തോടെ മുന്നോട്ടു ചുവടുവെക്കേണ്ടി വന്നേക്കാവുന്ന ചില സന്ദർഭങ്ങളുടെ ഉദാഹരണങ്ങൾ ക്ലാസിനോടു പറയുക.</w:t>
      </w:r>
    </w:p>
    <w:p>
      <w:r>
        <w:rPr>
          <w:rFonts w:ascii="Nirmala UI" w:hAnsi="Nirmala UI" w:cs="Nirmala UI"/>
          <w:b w:val="0"/>
          <w:sz w:val="22"/>
        </w:rPr>
        <w:t xml:space="preserve">ഉദാഹരണത്തിന്, നിങ്ങളുടെ കുടുംബം വീടു മാറുമ്പോൾ നിങ്ങൾക്ക് ഒരുപക്ഷേ സ്കൂൾ മാറേണ്ടി വരും. അപ്പോൾ ദൈവം നിങ്ങൾക്കു നല്ല പുതിയ കൂട്ടുകാരെ തരുമെന്നും, സ്കൂളിൽ നിങ്ങൾക്ക് അറിയാത്ത കാര്യങ്ങൾ ചെയ്യുമ്പോൾ നിങ്ങളുടെ പുതിയ അധ്യാപകൻ ദയയുള്ളവനായിരിക്കുമെന്നും നിങ്ങൾ വിശ്വസിക്കണം.</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3 – The Israelites Cross the Jordan into Canaan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3 – The Israelites Cross the Jordan into Canaan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