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w:t>
      </w:r>
    </w:p>
    <w:p>
      <w:pPr>
        <w:keepNext/>
        <w:spacing w:after="40"/>
      </w:pPr>
      <w:r>
        <w:rPr>
          <w:rFonts w:ascii="Nirmala UI" w:hAnsi="Nirmala UI" w:cs="Nirmala UI"/>
          <w:b/>
          <w:color w:val="1F4E79"/>
          <w:sz w:val="52"/>
        </w:rPr>
        <w:t xml:space="preserve">യോശുവ അമാലേക്യരോടു യുദ്ധം ചെയ്യുന്നു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3: ദൈവത്തിലൂടെ വിജയം</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പ്രാർത്ഥനയാണ് വിജയത്തിലേക്കുള്ള വഴി എന്ന്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പുറപ്പാട് 17:8-16</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ലൂക്കോസ് 18:1</w:t>
            </w:r>
          </w:p>
          <w:p>
            <w:pPr>
              <w:spacing w:after="40"/>
            </w:pPr>
            <w:r>
              <w:rPr>
                <w:rFonts w:ascii="Nirmala UI" w:hAnsi="Nirmala UI" w:cs="Nirmala UI"/>
                <w:b w:val="0"/>
                <w:i/>
                <w:sz w:val="22"/>
              </w:rPr>
              <w:t xml:space="preserve">അവർ തളർന്നുപോകാതെ എപ്പോഴും പ്രാർത്ഥിക്കണം എന്ന് യേശു തന്റെ ശിഷ്യന്മാരോട് പറഞ്ഞു.</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വളരെ ബുദ്ധിമുട്ടാണെന്നു തെളിഞ്ഞ ഒരു കാര്യം ചെയ്യാൻ നിങ്ങൾ നടത്തിയ ശ്രമങ്ങളെക്കുറിച്ച് ക്ലാസിനോടു പറയുക. </w:t>
      </w:r>
      <w:r>
        <w:rPr>
          <w:rFonts w:ascii="Nirmala UI" w:hAnsi="Nirmala UI" w:cs="Nirmala UI"/>
          <w:b w:val="0"/>
          <w:sz w:val="22"/>
        </w:rPr>
        <w:t xml:space="preserve">വിജയിക്കുന്നതിനു മുമ്പ് ഏറെ നേരം അതിനായി പ്രയത്നിക്കേണ്ടി വന്നു. </w:t>
      </w:r>
      <w:r>
        <w:rPr>
          <w:rFonts w:ascii="Nirmala UI" w:hAnsi="Nirmala UI" w:cs="Nirmala UI"/>
          <w:b/>
          <w:sz w:val="22"/>
        </w:rPr>
        <w:t xml:space="preserve">സ്റ്റാർട്ട് ആകാത്ത ഒരു കാറിന്റെ ഉദാഹരണം ഉപയോഗിക്കാം. </w:t>
      </w:r>
      <w:r>
        <w:rPr>
          <w:rFonts w:ascii="Nirmala UI" w:hAnsi="Nirmala UI" w:cs="Nirmala UI"/>
          <w:b w:val="0"/>
          <w:sz w:val="22"/>
        </w:rPr>
        <w:t xml:space="preserve">ഞാൻ പല തവണ താക്കോൽ തിരിച്ചു, പക്ഷേ എൻജിൻ സ്റ്റാർട്ട് ആയില്ല. പിന്നെ ഞാൻ ആക്സിലറേറ്റർ ശക്തിയായി ചവിട്ടി, എന്നിട്ടും ഫലമുണ്ടായില്ല. ഒടുവിൽ ചില സുഹൃത്തുക്കൾ കാർ തള്ളി, എൻജിൻ സ്റ്റാർട്ട് ആയി.</w:t>
      </w:r>
    </w:p>
    <w:p>
      <w:r>
        <w:rPr>
          <w:rFonts w:ascii="Nirmala UI" w:hAnsi="Nirmala UI" w:cs="Nirmala UI"/>
          <w:b/>
          <w:sz w:val="22"/>
        </w:rPr>
        <w:t xml:space="preserve">കുട്ടികൾക്കു കാറുകൾ പരിചയമില്ലെങ്കിൽ, മണ്ണെണ്ണ സ്റ്റൗ കത്തിക്കുകയോ മരക്കുറ്റി കുഴിച്ചെടുക്കുകയോ പോലെ, സാധാരണയിലധികം ബുദ്ധിമുട്ട് നേരിട്ട മറ്റൊരു കാര്യത്തിന്റെ ഉദാഹരണം ഉപയോഗിക്കുക.</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മോശെയുടെ ജോലി വളരെ ബുദ്ധിമുട്ടുള്ളതായിരുന്നു. ഈജിപ്തിൽ നിന്നുള്ള അഭയാർത്ഥികളായ ഇസ്രായേല്യരെ മരുഭൂമി കടത്തി ദൈവം വാഗ്ദാനം ചെയ്ത ദേശത്തേക്കു നയിക്കേണ്ടിയിരുന്നു. അവർക്കു പല പ്രശ്നങ്ങളും നേരിടേണ്ടി വന്നു. ഇസ്രായേല്യരെ ഇല്ലാതാക്കാൻ ആഗ്രഹിച്ച പല ഗോത്രങ്ങളുമുണ്ടായിരുന്നു. അവയിൽ ഒന്നായിരുന്നു അമാലേക്യർ (വാ. 8).</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ഈ ക്രൂരമായ ഗോത്രത്തോടു യുദ്ധം ചെയ്യാൻ ചില ഇസ്രായേല്യരെ തിരഞ്ഞെടുക്കാൻ മോശെ തന്റെ രണ്ടാമനായ യോശുവയോടു പറഞ്ഞു (വാ. 9).</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യോശുവയും അവന്റെ കുറച്ചുപേരും യുദ്ധം ചെയ്യുമ്പോൾ മോശെ അവർക്കുവേണ്ടി പ്രാർത്ഥിച്ചു (വാ. 10). ഇന്നു നാം മിക്കവാറും തല കുനിച്ചാണ് പ്രാർത്ഥിക്കുന്നത്, എന്നാൽ മോശെ ദൈവത്തിലേക്കു കൈകൾ നീട്ടി. അതായിരുന്നു ദൈവത്തിന്റെ സഹായം ചോദിക്കാനുള്ള അവന്റെ വഴി.</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മോശെ പ്രാർത്ഥനയിൽ കൈകൾ ഉയർത്തിപ്പിടിച്ചിരുന്നിടത്തോളം ഇസ്രായേല്യർ യുദ്ധത്തിൽ ജയിച്ചുകൊണ്ടിരുന്നു. എന്നാൽ യുദ്ധം ഏറെ നേരം നീണ്ടു, മോശെയുടെ കൈകൾ തളർന്നു. അതിനാൽ മോശെയുടെ കൂട്ടാളികളായ അഹരോനും ഹൂരും അവന്റെ കൈകൾ താങ്ങിനിർത്തി അവനെ സഹായിച്ചു (വാ. 11-12).</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sz w:val="22"/>
        </w:rPr>
        <w:t xml:space="preserve">ചിത്രം 1 കാണിക്കുക. ചിത്രത്തെക്കുറിച്ച് ചർച്ച ചെയ്തും വിവിധ ആളുകൾ ആരാണെന്നു ചോദിച്ചും കഥ ചുരുക്കമായി അവലോകനം ചെയ്യുക. </w:t>
      </w:r>
      <w:r>
        <w:rPr>
          <w:rFonts w:ascii="Nirmala UI" w:hAnsi="Nirmala UI" w:cs="Nirmala UI"/>
          <w:b w:val="0"/>
          <w:sz w:val="22"/>
        </w:rPr>
        <w:t xml:space="preserve">പ്രധാന കാര്യം: ഇസ്രായേല്യർ വലിയതും ക്രൂരവുമായ ഒരു ഗോത്രത്തിനു മേൽ വിജയം നേടി, കാരണം അവരുടെ ശക്തി പ്രാർത്ഥനയിലായിരുന്നു.</w:t>
      </w:r>
    </w:p>
    <w:p>
      <w:pPr>
        <w:pStyle w:val="Heading2"/>
      </w:pPr>
      <w:r>
        <w:rPr>
          <w:rFonts w:ascii="Nirmala UI" w:hAnsi="Nirmala UI" w:cs="Nirmala UI"/>
        </w:rPr>
        <w:t xml:space="preserve">മനഃപാഠ വാക്യം ഹൃദിസ്ഥമാക്കൽ</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ക്രിസ്ത്യാനിയായ ശേഷം ജോർജ്ജ് മുള്ളർ എന്ന മനുഷ്യൻ തന്റെ അഞ്ചു സുഹൃത്തുക്കൾക്കുവേണ്ടി ദിവസവും പ്രാർത്ഥിക്കാൻ തുടങ്ങി. 18 മാസത്തിനു ശേഷം അവരിൽ ഒരാൾ ക്രിസ്ത്യാനിയായി. ജോർജ്ജ് ദൈവത്തിനു നന്ദി പറഞ്ഞ് ബാക്കി നാലുപേർക്കുവേണ്ടി ദിവസവും പ്രാർത്ഥിച്ചുകൊണ്ടിരുന്നു. അഞ്ചു വർഷത്തിനു ശേഷം രണ്ടാമത്തെ സുഹൃത്ത് ക്രിസ്ത്യാനിയായി. ഇപ്പോൾ മൂന്നുപേർ ബാക്കി. ജോർജ്ജ് പ്രാർത്ഥന തുടർന്നു, ആറു വർഷത്തിനു ശേഷം മൂന്നാമത്തെ ആൾ മാനസാന്തരപ്പെട്ടു. ജോർജ്ജ് അവനുവേണ്ടി ഏകദേശം 13 വർഷം ദിവസവും പ്രാർത്ഥിച്ചിരുന്നു! നാലാമത്തെ സുഹൃത്ത് 34 വർഷത്തെ പ്രാർത്ഥനയ്ക്കു ശേഷം ക്രിസ്ത്യാനിയായി. അഞ്ചാമത്തെയും അവസാനത്തെയും സുഹൃത്ത് ജോർജ്ജ് മരിച്ച ശേഷം മാനസാന്തരപ്പെട്ടു. ജോർജ്ജ് മുള്ളർ തന്റെ സുഹൃത്തുക്കൾക്കുവേണ്ടിയുള്ള പ്രാർത്ഥന ഒരിക്കലും ഉപേക്ഷിച്ചില്ല.</w:t>
      </w:r>
    </w:p>
    <w:p>
      <w:pPr>
        <w:pStyle w:val="Heading2"/>
      </w:pPr>
      <w:r>
        <w:rPr>
          <w:rFonts w:ascii="Nirmala UI" w:hAnsi="Nirmala UI" w:cs="Nirmala UI"/>
        </w:rPr>
        <w:t xml:space="preserve">മനഃപാഠ വാക്യം ആവർത്തിക്കുക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 – Joshua Fights the Amalekites</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 – Joshua Fights the Amalekites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