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24</w:t>
      </w:r>
    </w:p>
    <w:p>
      <w:pPr>
        <w:keepNext/>
        <w:spacing w:after="40"/>
      </w:pPr>
      <w:r>
        <w:rPr>
          <w:rFonts w:ascii="Nirmala UI" w:hAnsi="Nirmala UI" w:cs="Nirmala UI"/>
          <w:b/>
          <w:color w:val="1F4E79"/>
          <w:sz w:val="52"/>
        </w:rPr>
        <w:t xml:space="preserve">യേശു ഇന്ന് ജീവിക്കുന്നു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2: ദൈവത്തിന്റെ ശക്തരായ പുരുഷന്മാർ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തന്റെ പിതാവിന്റെ അടുത്തേക്കു മടങ്ങിപ്പോയി, എന്നാൽ ഒരു ദിവസം വീണ്ടും വരും എന്ന്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അപ്പൊസ്തല പ്രവൃത്തികൾ 1:1-11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മത്തായി 24:44</w:t>
            </w:r>
          </w:p>
          <w:p>
            <w:pPr>
              <w:spacing w:after="40"/>
            </w:pPr>
            <w:r>
              <w:rPr>
                <w:rFonts w:ascii="Nirmala UI" w:hAnsi="Nirmala UI" w:cs="Nirmala UI"/>
                <w:b w:val="0"/>
                <w:i/>
                <w:sz w:val="22"/>
              </w:rPr>
              <w:t xml:space="preserve">അതുകൊണ്ട് നിങ്ങളും ഒരുങ്ങിയിരിപ്പിൻ; നിങ്ങൾ നിനയ്ക്കാത്ത നാഴികയിൽ മനുഷ്യപുത്രൻ വരും.</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നിങ്ങളുടെ കുടുംബത്തിൽ ആരെങ്കിലും യാത്ര പോകുമ്പോൾ നിങ്ങൾ എന്തു ചെയ്യും? സാധ്യമായ ഉത്തരങ്ങൾ: വസ്ത്രങ്ങൾ കഴുകുകയും യാത്രയ്ക്കുള്ള ഒരുക്കങ്ങൾ ചെയ്യുകയും ചെയ്യും. ആ വ്യക്തിക്ക് പറയാനുള്ള അവസാന വാക്കുകൾ എല്ലാവരും ശ്രദ്ധിച്ചു കേൾക്കും.</w:t>
      </w:r>
    </w:p>
    <w:p>
      <w:r>
        <w:rPr>
          <w:rFonts w:ascii="Nirmala UI" w:hAnsi="Nirmala UI" w:cs="Nirmala UI"/>
          <w:b w:val="0"/>
          <w:sz w:val="22"/>
        </w:rPr>
        <w:t xml:space="preserve">നിങ്ങളുടെ കുടുംബത്തിൽ ആരെങ്കിലും നിങ്ങളുടെ വീട്ടിൽ വരുമ്പോൾ നിങ്ങൾ എന്തു ചെയ്യും? സാധ്യമായ ഉത്തരങ്ങൾ: ഞങ്ങൾ വീട് വൃത്തിയാക്കും. വേണ്ടത്ര ഭക്ഷണം ഒരുക്കും. അവർ വരുന്നത് കാണാൻ ശ്രദ്ധിച്ചിരിക്കും.</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sz w:val="22"/>
        </w:rPr>
        <w:t xml:space="preserve">ചിത്രം 24 കാണിക്കുക. </w:t>
      </w:r>
      <w:r>
        <w:rPr>
          <w:rFonts w:ascii="Nirmala UI" w:hAnsi="Nirmala UI" w:cs="Nirmala UI"/>
          <w:b w:val="0"/>
          <w:sz w:val="22"/>
        </w:rPr>
        <w:t xml:space="preserve">കർത്താവായ യേശു സ്വർഗ്ഗത്തിൽ തന്റെ പിതാവിന്റെ അടുത്തേക്കു മടങ്ങുകയായിരുന്നു. അവൻ തങ്ങളെ വിട്ടുപോകുന്നതിൽ അവന്റെ അനുയായികൾ ദുഃഖിതരായിരുന്നു. അവൻ മരിച്ച് മൂന്നാം ദിവസം യേശു ജീവനിലേക്കു തിരികെ വന്നു, എല്ലാവരും സന്തോഷം നിറഞ്ഞവരായി. യേശു മരണത്തെ ജയിച്ചു!</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അപ്പൊ 1:2-4 നിങ്ങളുടെ സ്വന്തം വാക്കുകളിൽ പറയുക. </w:t>
      </w:r>
      <w:r>
        <w:rPr>
          <w:rFonts w:ascii="Nirmala UI" w:hAnsi="Nirmala UI" w:cs="Nirmala UI"/>
          <w:b w:val="0"/>
          <w:sz w:val="22"/>
        </w:rPr>
        <w:t xml:space="preserve">തന്റെ പുനരുത്ഥാനത്തിനു ശേഷം യേശു തന്റെ ശിഷ്യന്മാരെ പലതവണ കണ്ടുമുട്ടി. അവൻ അവരെ പഠിപ്പിച്ചുകൊണ്ടിരുന്നു. ദൈവത്തിന്റെ ശക്തിയുടെ ദാനമായ പരിശുദ്ധാത്മാവിനെ അവൻ അവർക്ക് വാഗ്ദാനം ചെയ്തു.</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ഈ പുസ്തകത്തിൽ നാം മോശെയെക്കുറിച്ച് സംസാരിച്ചു. അദ്ദേഹം ഒരു മഹാനായ നേതാവും ഉപദേഷ്ടാവും ആയിരുന്നു. </w:t>
      </w:r>
      <w:r>
        <w:rPr>
          <w:rFonts w:ascii="Nirmala UI" w:hAnsi="Nirmala UI" w:cs="Nirmala UI"/>
          <w:b/>
          <w:sz w:val="22"/>
        </w:rPr>
        <w:t xml:space="preserve">17, 18, 19 ചിത്രങ്ങൾ കാണിച്ച്, മോശെ ഇസ്രായേൽ ജനത്തെ എങ്ങനെ നയിക്കുകയും സഹായിക്കുകയും ചെയ്തു എന്ന് ചുരുക്കമായി അവലോകനം ചെയ്യുക. </w:t>
      </w:r>
      <w:r>
        <w:rPr>
          <w:rFonts w:ascii="Nirmala UI" w:hAnsi="Nirmala UI" w:cs="Nirmala UI"/>
          <w:b w:val="0"/>
          <w:sz w:val="22"/>
        </w:rPr>
        <w:t xml:space="preserve">അദ്ദേഹം വൃദ്ധനായപ്പോൾ ദൈവം അദ്ദേഹത്തെ സ്വർഗ്ഗത്തിലേക്കു കൊണ്ടുപോയി. യേശുവും സ്വർഗ്ഗത്തിൽ പിതാവായ ദൈവത്തിന്റെ അടുത്തേക്കു മടങ്ങി. എന്നാൽ യേശു മോശെയെക്കാൾ എത്രയോ വലിയവനാണ്. അവൻ ദൈവപുത്രനാണ്. അവൻ തന്നെ ദൈവമാണ്, പിതാവായ ദൈവം എങ്ങനെയുള്ളവനാണെന്ന് അവൻ നമുക്ക് കൃത്യമായി കാണിച്ചുതരുന്നു. മോശെ ഇസ്രായേൽ ജനത്തെ ചെങ്കടലിലൂടെ നയിച്ചുകൊണ്ട് അവരെ രക്ഷിച്ചു, എന്നാൽ തന്നെ അനുഗമിക്കുന്ന എല്ലാവരെയും രക്ഷിക്കാനാണ് യേശു വന്നത്. ഈ ലോകത്തിലേക്ക് മടങ്ങിവരുമെന്ന് യേശു വാഗ്ദാനം ചെയ്തു. തന്നിൽ വിശ്വസിക്കുന്നവരെ അവരുടെ യഥാർത്ഥ ഭവനത്തിലേക്ക്, ദൈവത്തോടൊപ്പം എന്നേക്കും ജീവിക്കാൻ, കൊണ്ടുപോകാൻ അവൻ വരുന്നു. </w:t>
      </w:r>
      <w:r>
        <w:rPr>
          <w:rFonts w:ascii="Nirmala UI" w:hAnsi="Nirmala UI" w:cs="Nirmala UI"/>
          <w:b/>
          <w:sz w:val="22"/>
        </w:rPr>
        <w:t xml:space="preserve">യേശുവിന്റെ മടങ്ങിവരവിനെക്കുറിച്ചുള്ള ഒരു ഗാനം പാടുക.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sz w:val="22"/>
        </w:rPr>
        <w:t xml:space="preserve">9-11 വാക്യങ്ങൾ നിങ്ങളുടെ സ്വന്തം വാക്കുകളിൽ പറയുക. </w:t>
      </w:r>
      <w:r>
        <w:rPr>
          <w:rFonts w:ascii="Nirmala UI" w:hAnsi="Nirmala UI" w:cs="Nirmala UI"/>
          <w:b w:val="0"/>
          <w:sz w:val="22"/>
        </w:rPr>
        <w:t xml:space="preserve">യേശുവിനെ സ്വർഗ്ഗത്തിലേക്ക് എടുത്തശേഷം, വെള്ള വസ്ത്രം ധരിച്ച പുരുഷന്മാർ ശിഷ്യന്മാരെ ആശ്വസിപ്പിക്കാൻ വന്നു. യേശു പോയ സ്ഥിതിക്ക് ഇനി എന്തു ചെയ്യണമെന്ന് അവർ അവരോടു പറഞ്ഞു.</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യേശു മടങ്ങിവരുന്നതുവരെ കാത്തിരിക്കുമ്പോൾ നാം എങ്ങനെ ജീവിക്കണം? അവന്റെ വരവിനായി നമുക്ക് ആകാംക്ഷയോടെ ശ്രദ്ധിച്ചിരിക്കാം, അതിനെക്കുറിച്ച് പ്രാർത്ഥിക്കാം, അതിന് സാക്ഷ്യം വഹിക്കാം. സാക്ഷ്യം വഹിക്കുക എന്നാൽ യേശുവിനെക്കുറിച്ച് മറ്റുള്ളവരോടു പറയുക എന്നാണ്; അങ്ങനെ അവരും അവനെ പ്രതീക്ഷിക്കും. നിങ്ങളുടെ വിശദീകരണത്തെ ആമുഖ ചോദ്യങ്ങളോടും ഉത്തരങ്ങളോടും ബന്ധിപ്പിക്കുക.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24 – Jesus is Alive Today</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24 – Jesus is Alive Today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