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23</w:t>
      </w:r>
    </w:p>
    <w:p>
      <w:pPr>
        <w:keepNext/>
        <w:spacing w:after="40"/>
      </w:pPr>
      <w:r>
        <w:rPr>
          <w:rFonts w:ascii="Nirmala UI" w:hAnsi="Nirmala UI" w:cs="Nirmala UI"/>
          <w:b/>
          <w:color w:val="1F4E79"/>
          <w:sz w:val="52"/>
        </w:rPr>
        <w:t xml:space="preserve">യേശു നമുക്കുവേണ്ടി മരിച്ചു</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നമ്മുടെ പാപങ്ങൾ നീക്കിക്കളയാൻ യേശു മരിച്ചു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23:26-47; യോഹന്നാൻ 3:14-18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3:16</w:t>
            </w:r>
          </w:p>
          <w:p>
            <w:pPr>
              <w:spacing w:after="40"/>
            </w:pPr>
            <w:r>
              <w:rPr>
                <w:rFonts w:ascii="Nirmala UI" w:hAnsi="Nirmala UI" w:cs="Nirmala UI"/>
                <w:b w:val="0"/>
                <w:i/>
                <w:sz w:val="22"/>
              </w:rPr>
              <w:t xml:space="preserve">“ദൈവം തന്റെ ഏകജാതനായ പുത്രനെ നൽകുവാൻ തക്കവണ്ണം ലോകത്തെ സ്നേഹിച്ചു; അവനിൽ വിശ്വസിക്കുന്ന ഏവനും നശിച്ചുപോകാതെ നിത്യജീവൻ പ്രാപിക്കേണ്ടതിനു തന്നെ.”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മാവിൽ കയറിയ ബാലന്റെ കഥ (പാഠം 20 കാണുക) വീണ്ടും പറയുക, എന്നാൽ അവസാന ഭാഗത്തിനു പകരം ഇനിപ്പറയുന്ന അവസാനം ഉപയോഗിക്കുക: </w:t>
      </w:r>
      <w:r>
        <w:rPr>
          <w:rFonts w:ascii="Nirmala UI" w:hAnsi="Nirmala UI" w:cs="Nirmala UI"/>
          <w:b w:val="0"/>
          <w:sz w:val="22"/>
        </w:rPr>
        <w:t xml:space="preserve">ബാലൻ മരത്തിൽ ഇരുന്ന് മാമ്പഴം തിന്നുകൊണ്ടിരിക്കെ ഉടമ വന്ന് അവനെ കണ്ടു. അദ്ദേഹത്തിന് ദേഷ്യം വന്നു. “നീ! ഉടനെ ഇറങ്ങിവാ! എന്റെ മാമ്പഴം മോഷ്ടിച്ചതിന് ഞാൻ നിന്നെ അടിക്കും,” അദ്ദേഹം അലറി. അപ്പോൾ ബാലന്റെ സഹോദരൻ അവിടെ എത്തി. ബാലൻ തിന്ന മാമ്പഴങ്ങളുടെ വില കൊടുക്കാമെന്ന് അവൻ പറഞ്ഞു. ഉടമ ഈ പകരം വയ്ക്കൽ സ്വീകരിച്ചു. ബാലൻ മരത്തിൽ നിന്നിറങ്ങി. അവന്റെ അതിക്രമത്തിനുള്ള വില സഹോദരൻ കൊടുത്തതിനാൽ അവൻ സുരക്ഷിതനായിരുന്നു.</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sz w:val="22"/>
        </w:rPr>
        <w:t xml:space="preserve">ചിത്രം 20 കാണിച്ച് അതിനെക്കുറിച്ച് ചില ചോദ്യങ്ങൾ ചോദിക്കുക. </w:t>
      </w:r>
      <w:r>
        <w:rPr>
          <w:rFonts w:ascii="Nirmala UI" w:hAnsi="Nirmala UI" w:cs="Nirmala UI"/>
          <w:b w:val="0"/>
          <w:sz w:val="22"/>
        </w:rPr>
        <w:t xml:space="preserve">ചില നിർദ്ദേശങ്ങൾ ഇതാ: ചോ: ഈ ആളുകൾക്ക് എന്താണ് കുഴപ്പം?</w:t>
      </w:r>
    </w:p>
    <w:p>
      <w:r>
        <w:rPr>
          <w:rFonts w:ascii="Nirmala UI" w:hAnsi="Nirmala UI" w:cs="Nirmala UI"/>
          <w:b w:val="0"/>
          <w:sz w:val="22"/>
        </w:rPr>
        <w:t xml:space="preserve">ഉ: അവർ രോഗികളാണ്/അവരെ പാമ്പുകൾ കടിച്ചിരിക്കുന്നു.</w:t>
      </w:r>
    </w:p>
    <w:p>
      <w:r>
        <w:rPr>
          <w:rFonts w:ascii="Nirmala UI" w:hAnsi="Nirmala UI" w:cs="Nirmala UI"/>
          <w:b w:val="0"/>
          <w:sz w:val="22"/>
        </w:rPr>
        <w:t xml:space="preserve">ചോ: എന്തുകൊണ്ട്?</w:t>
      </w:r>
    </w:p>
    <w:p>
      <w:r>
        <w:rPr>
          <w:rFonts w:ascii="Nirmala UI" w:hAnsi="Nirmala UI" w:cs="Nirmala UI"/>
          <w:b w:val="0"/>
          <w:sz w:val="22"/>
        </w:rPr>
        <w:t xml:space="preserve">ഉ: അവർ ദൈവത്തെ അനുസരിച്ചില്ല.</w:t>
      </w:r>
    </w:p>
    <w:p>
      <w:r>
        <w:rPr>
          <w:rFonts w:ascii="Nirmala UI" w:hAnsi="Nirmala UI" w:cs="Nirmala UI"/>
          <w:b/>
          <w:sz w:val="22"/>
        </w:rPr>
        <w:t xml:space="preserve">മോശെയെ ചൂണ്ടിക്കാണിക്കുക: </w:t>
      </w:r>
      <w:r>
        <w:rPr>
          <w:rFonts w:ascii="Nirmala UI" w:hAnsi="Nirmala UI" w:cs="Nirmala UI"/>
          <w:b w:val="0"/>
          <w:sz w:val="22"/>
        </w:rPr>
        <w:t xml:space="preserve">ചോ: ഈ മനുഷ്യൻ ആരാണ്?</w:t>
      </w:r>
    </w:p>
    <w:p>
      <w:r>
        <w:rPr>
          <w:rFonts w:ascii="Nirmala UI" w:hAnsi="Nirmala UI" w:cs="Nirmala UI"/>
          <w:b w:val="0"/>
          <w:sz w:val="22"/>
        </w:rPr>
        <w:t xml:space="preserve">ഉ: മോശെ, അവരുടെ നേതാവ്.</w:t>
      </w:r>
    </w:p>
    <w:p>
      <w:r>
        <w:rPr>
          <w:rFonts w:ascii="Nirmala UI" w:hAnsi="Nirmala UI" w:cs="Nirmala UI"/>
          <w:b w:val="0"/>
          <w:sz w:val="22"/>
        </w:rPr>
        <w:t xml:space="preserve">ചോ: അവൻ എന്തു ചെയ്യുന്നു?</w:t>
      </w:r>
    </w:p>
    <w:p>
      <w:r>
        <w:rPr>
          <w:rFonts w:ascii="Nirmala UI" w:hAnsi="Nirmala UI" w:cs="Nirmala UI"/>
          <w:b w:val="0"/>
          <w:sz w:val="22"/>
        </w:rPr>
        <w:t xml:space="preserve">ഉ: സൗഖ്യമാകാൻ സർപ്പത്തെ നോക്കാൻ അവൻ ജനത്തോടു പറയുന്നു.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ചിത്രം 23 കാണിക്കുക.</w:t>
      </w:r>
    </w:p>
    <w:p>
      <w:r>
        <w:rPr>
          <w:rFonts w:ascii="Nirmala UI" w:hAnsi="Nirmala UI" w:cs="Nirmala UI"/>
          <w:b w:val="0"/>
          <w:sz w:val="22"/>
        </w:rPr>
        <w:t xml:space="preserve">ചോ: നടുവിലെ കുരിശിലുള്ളത് ആരാണ്?</w:t>
      </w:r>
    </w:p>
    <w:p>
      <w:r>
        <w:rPr>
          <w:rFonts w:ascii="Nirmala UI" w:hAnsi="Nirmala UI" w:cs="Nirmala UI"/>
          <w:b w:val="0"/>
          <w:sz w:val="22"/>
        </w:rPr>
        <w:t xml:space="preserve">ഉ: നമ്മുടെ പാപങ്ങൾ നീക്കിക്കളയാൻ മരിച്ച യേശു ആണ്. സൗഖ്യമാകാൻ നാം അവനെ നോക്കണം.</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യേശുവിനെ ക്രൂശിച്ചപ്പോൾ രണ്ടു കുറ്റവാളികളെയും അവന്റെ അരികിൽ ക്രൂശിച്ചു. </w:t>
      </w:r>
      <w:r>
        <w:rPr>
          <w:rFonts w:ascii="Nirmala UI" w:hAnsi="Nirmala UI" w:cs="Nirmala UI"/>
          <w:b/>
          <w:sz w:val="22"/>
        </w:rPr>
        <w:t xml:space="preserve">അവർ പറഞ്ഞത് കുട്ടികളോടു പറയുക (ലൂക്കോ 23:39-43). </w:t>
      </w:r>
      <w:r>
        <w:rPr>
          <w:rFonts w:ascii="Nirmala UI" w:hAnsi="Nirmala UI" w:cs="Nirmala UI"/>
          <w:b w:val="0"/>
          <w:sz w:val="22"/>
        </w:rPr>
        <w:t xml:space="preserve">അവർ തെറ്റു ചെയ്തവരായിരുന്നു, എന്നാൽ യേശു നിരപരാധിയായിരുന്നു.</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ജനത്തിന്റെ നേതാക്കൾ യേശുവിനെ നോക്കി ചിരിക്കുകയും പരിഹസിക്കുകയും ചെയ്തു (വാ. 35).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പടയാളികൾ അവന്റെ വസ്ത്രങ്ങൾ തങ്ങളുടെ ഇടയിൽ പങ്കിട്ടെടുക്കുകയും അവനെ പരിഹസിക്കുകയും ചെയ്തു (വാ. 34, 36-37).</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ഒടുവിൽ വരെ അവിടെ നിന്ന ഒരു പടയാളി യേശു മരിച്ചപ്പോൾ സംഭവിച്ചത് കണ്ടു (വാ. 47). അവൻ എങ്ങനെ പ്രതികരിച്ചു എന്ന് കുട്ടികളോടു പറയുക.</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ദൈവപുത്രന് മാത്രമേ നമ്മുടെ പാപങ്ങൾ നീക്കിക്കളയാൻ കഴിയൂ. അവൻ നമ്മുടെ ശിക്ഷ തന്റെ മേൽ ഏറ്റെടുത്തു.</w:t>
      </w:r>
    </w:p>
    <w:p>
      <w:r>
        <w:rPr>
          <w:rFonts w:ascii="Nirmala UI" w:hAnsi="Nirmala UI" w:cs="Nirmala UI"/>
          <w:b/>
          <w:sz w:val="22"/>
        </w:rPr>
        <w:t xml:space="preserve">ആമുഖ കഥ അഭിനയിച്ചുകൊണ്ട്, മനഃപാഠ വാക്യം ഒരുമിച്ച് പറഞ്ഞ് സെഷൻ അവസാനിപ്പിക്കുക.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23 – Jesus Died for Us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23 – Jesus Died for Us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