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22</w:t>
      </w:r>
    </w:p>
    <w:p>
      <w:pPr>
        <w:keepNext/>
        <w:spacing w:after="40"/>
      </w:pPr>
      <w:r>
        <w:rPr>
          <w:rFonts w:ascii="Nirmala UI" w:hAnsi="Nirmala UI" w:cs="Nirmala UI"/>
          <w:b/>
          <w:color w:val="1F4E79"/>
          <w:sz w:val="52"/>
        </w:rPr>
        <w:t xml:space="preserve">യേശു മോശെയോടു സംസാരിക്കുന്നു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2: ദൈവത്തിന്റെ ശക്തരായ പുരുഷന്മാർ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മോശെയെക്കാൾ വലിയവനാണെന്ന്, അവൻ ദൈവപുത്രനാണെന്ന്,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9:22-36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ലൂക്കോസ് 9:35</w:t>
            </w:r>
          </w:p>
          <w:p>
            <w:pPr>
              <w:spacing w:after="40"/>
            </w:pPr>
            <w:r>
              <w:rPr>
                <w:rFonts w:ascii="Nirmala UI" w:hAnsi="Nirmala UI" w:cs="Nirmala UI"/>
                <w:b w:val="0"/>
                <w:i/>
                <w:sz w:val="22"/>
              </w:rPr>
              <w:t xml:space="preserve">മേഘത്തിൽ നിന്ന് ഒരു ശബ്ദം ഉണ്ടായി: “ഇവൻ എന്റെ പുത്രൻ, ഞാൻ തിരഞ്ഞെടുത്തവൻ; അവന്റെ വാക്കു കേൾപ്പിൻ.”</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സർവ്വകലാശാലയിലെ ബിരുദദാന ദിനം അല്ലെങ്കിൽ ഒരു ദേശീയ അവധി ദിനം പോലെ പട്ടണത്തിൽ ഒരു പ്രധാന ആഘോഷമോ സംഭവമോ ഉള്ളപ്പോൾ എന്താണ് സംഭവിക്കുന്നതെന്ന് വിവരിക്കുക. </w:t>
      </w:r>
      <w:r>
        <w:rPr>
          <w:rFonts w:ascii="Nirmala UI" w:hAnsi="Nirmala UI" w:cs="Nirmala UI"/>
          <w:b w:val="0"/>
          <w:sz w:val="22"/>
        </w:rPr>
        <w:t xml:space="preserve">എല്ലാവരും കാണാൻ പോകുന്നു; ഒരു ബാൻഡ് വായിക്കുന്നുണ്ടാകാം, പ്രമുഖർ പ്രസംഗിക്കുന്നുണ്ടാകാം. പ്രസംഗങ്ങളിൽ പ്രധാനപ്പെട്ട കാര്യങ്ങൾ പറഞ്ഞേക്കാം.</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യേശുവിന് തന്റെ ശിഷ്യന്മാരോടു പറയാൻ പ്രധാനപ്പെട്ട കാര്യങ്ങൾ ഉണ്ടായിരുന്നു, എന്നാൽ അവർ അത്ര നന്നായി ശ്രദ്ധിച്ചില്ല. ഒരു ദിവസം ജനക്കൂട്ടത്തിൽ നിന്ന് അകലെ അവരെ പഠിപ്പിക്കാനും അവരോടൊപ്പം പ്രാർത്ഥിക്കാനും വേണ്ടി അവൻ അവരിൽ മൂന്നുപേരെ ഒരു പർവ്വതത്തിൽ കൊണ്ടുപോയി. ശിഷ്യന്മാരായ പത്രോസ്, യാക്കോബ്, യോഹന്നാൻ എന്നിവർ വളരെ ക്ഷീണിതരും ഉറക്കം തൂങ്ങുന്നവരും ആയിരുന്നു (വാ. 28, 32).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യേശു പ്രാർത്ഥിക്കുമ്പോൾ അവന്റെ രൂപം മാറി. ഒരുപക്ഷേ സ്വർഗ്ഗത്തിൽ തന്റെ സകല മഹത്വത്തിലും അവൻ ഇങ്ങനെയായിരിക്കും കാണപ്പെടുന്നത്.</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മോശെയും ഏലീയാവും വന്ന് യേശുവിന്റെ വരാനിരിക്കുന്ന മരണത്തെയും പുനരുത്ഥാനത്തെയും സ്വർഗ്ഗാരോഹണത്തെയും കുറിച്ച് അവനോടു സംസാരിച്ചു. </w:t>
      </w:r>
      <w:r>
        <w:rPr>
          <w:rFonts w:ascii="Nirmala UI" w:hAnsi="Nirmala UI" w:cs="Nirmala UI"/>
          <w:b/>
          <w:sz w:val="22"/>
        </w:rPr>
        <w:t xml:space="preserve">ചിത്രം 22 കാണിക്കുക.</w:t>
      </w:r>
    </w:p>
    <w:p>
      <w:pPr>
        <w:ind w:left="567"/>
      </w:pPr>
      <w:r>
        <w:rPr>
          <w:rFonts w:ascii="Nirmala UI" w:hAnsi="Nirmala UI" w:cs="Nirmala UI"/>
          <w:b/>
          <w:sz w:val="22"/>
        </w:rPr>
        <w:t xml:space="preserve">ഈ പുരുഷന്മാർ ആരായിരുന്നു എന്ന് ചുരുക്കമായി പറയുക: </w:t>
      </w:r>
      <w:r>
        <w:rPr>
          <w:rFonts w:ascii="Nirmala UI" w:hAnsi="Nirmala UI" w:cs="Nirmala UI"/>
          <w:b w:val="0"/>
          <w:sz w:val="22"/>
        </w:rPr>
        <w:t xml:space="preserve">മോശെ ജനത്തിന് ജീവിതത്തിനുള്ള ദൈവത്തിന്റെ നിയമങ്ങൾ, പത്തു കല്പനകൾ, നൽകി. ഏലീയാവും ദൈവത്തിന്റെ ഒരു വലിയ പ്രവാചകനും ഉപദേഷ്ടാവും ആയിരുന്നു. ദൈവത്തിന്റെ നൂറുകണക്കിന് ശത്രുക്കൾക്കെതിരെ അവൻ ഒറ്റയ്ക്കു നിന്നു (1 രാജാ 18).</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പത്രോസും യാക്കോബും യോഹന്നാനും ഉണർന്ന് ഈ അത്ഭുതക്കാഴ്ച കണ്ടു. എല്ലാവരെയും അവിടെ നിർത്താൻ പത്രോസ് ആഗ്രഹിച്ചു; അതിനാൽ അവർ ഓരോരുത്തർക്കും ഓരോ കൂടാരം പണിയാമെന്ന് അവൻ നിർദ്ദേശിച്ചു. എന്നാൽ മോശെയെപ്പോലെ യേശുവും പർവ്വതത്തിൽ താമസിച്ചില്ല. </w:t>
      </w:r>
      <w:r>
        <w:rPr>
          <w:rFonts w:ascii="Nirmala UI" w:hAnsi="Nirmala UI" w:cs="Nirmala UI"/>
          <w:b/>
          <w:sz w:val="22"/>
        </w:rPr>
        <w:t xml:space="preserve">ചിത്രം 19 കാണിക്കുക. </w:t>
      </w:r>
      <w:r>
        <w:rPr>
          <w:rFonts w:ascii="Nirmala UI" w:hAnsi="Nirmala UI" w:cs="Nirmala UI"/>
          <w:b w:val="0"/>
          <w:sz w:val="22"/>
        </w:rPr>
        <w:t xml:space="preserve">മോശെ സീനായ് പർവ്വതത്തിൽ നിന്ന് ഇറങ്ങിവന്നപ്പോൾ, ദൈവം അവർ എങ്ങനെ ജീവിക്കണമെന്ന് ആഗ്രഹിക്കുന്നു എന്ന് കാണിക്കാൻ ഇസ്രായേല്യർക്ക് ദൈവത്തിന്റെ കല്പനകൾ നൽകി. യേശു ആ പർവ്വതത്തിൽ നിന്ന് ഇറങ്ങിവന്നപ്പോൾ, പാപത്തിൽ നിന്നും മരണത്തിൽ നിന്നുമുള്ള രക്ഷയുടെ ഏക വഴി നമുക്ക് കാണിച്ചുതരാൻ ലോകം മുഴുവനുംവേണ്ടി മരിക്കാൻ പോകുകയായിരുന്നു.</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പിന്നെ ഒരു മേഘം പ്രത്യക്ഷപ്പെട്ടു, അതിനുള്ളിൽ നിന്ന് ദൈവം സംസാരിച്ചു: “ഇവൻ എന്റെ പുത്രൻ, ഞാൻ തിരഞ്ഞെടുത്തവൻ; അവന്റെ വാക്കു കേൾപ്പിൻ” (വാ. 34-35). യേശു മോശെയെക്കാൾ എത്രയോ വലിയവനാണ്. അവൻ എല്ലാവരുടെയും കർത്താവാണ്.</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ഈജിപ്തിൽ നിന്ന് വാഗ്ദത്ത ദേശത്തിന്റെ അതിർത്തി വരെ മോശെ അവരെ സുരക്ഷിതരായി നയിച്ചപ്പോൾ ഇസ്രായേൽ ജനം മരുഭൂമിയിൽ അവന്റെ വാക്ക് കേൾക്കേണ്ടിയിരുന്നു. എന്നാൽ ഇപ്പോൾ മോശെയെക്കാൾ വലിയവൻ വന്നിരിക്കുന്നു: യേശുവിനെ കേൾക്കാൻ ദൈവം ശിഷ്യന്മാരോടു പറഞ്ഞു. നാമും യേശുവിന്റെ ശിഷ്യന്മാരായതിനാൽ ഈ കല്പന നമ്മോടും കൂടിയുള്ളതാണ്. നാം യേശുവിനെ എങ്ങനെ കേൾക്കും? ദൈവവചനത്തിലൂടെ അവൻ നമ്മോടു സംസാരിക്കുന്നു: എല്ലാവരും കാണത്തക്കവിധം നിങ്ങളുടെ ബൈബിൾ ഉയർത്തിപ്പിടിക്കുക. സൺഡേ സ്കൂളിൽ വന്ന് ബൈബിൾ പഠിപ്പിക്കുന്നത് കേൾക്കുക.</w:t>
      </w:r>
    </w:p>
    <w:p>
      <w:r>
        <w:rPr>
          <w:rFonts w:ascii="Nirmala UI" w:hAnsi="Nirmala UI" w:cs="Nirmala UI"/>
          <w:b/>
          <w:sz w:val="22"/>
        </w:rPr>
        <w:t xml:space="preserve">സ്ക്രിപ്ചർ യൂണിയൻ പ്രസിദ്ധീകരിക്കുന്ന ഡെയ്‌ലി ഗൈഡ് പോലുള്ള ദൈനംദിന ബൈബിൾ വായനാ സമ്പ്രദായം പരിചയപ്പെടുത്താൻ ഈ പാഠം ഉപയോഗിക്കാം.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22 – Jesus Speaks to Moses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22 – Jesus Speaks to Moses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