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20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മരുഭൂമിയിലെ സർപ്പം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2: ദൈവത്തിന്റെ ശക്തരായ പുരുഷന്മാർ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ദൈവത്തോടുള്ള അനുസരണക്കേടിന് മരണശിക്ഷ ലഭിക്കണം, എന്നാൽ ദൈവം നമുക്ക് രക്ഷയുടെ ഒരു വഴി ഒരുക്കിയിരിക്കുന്നു എന്ന്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സംഖ്യാപുസ്തകം 21:4-9; യോഹന്നാൻ 3:14-16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റോമർ 6:23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പാപത്തിന്റെ ശമ്പളം മരണം; ദൈവത്തിന്റെ കൃപാവരമോ നമ്മുടെ കർത്താവായ ക്രിസ്തുയേശുവിൽ നിത്യജീവൻ തന്നെ.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മാമ്പഴം പറിക്കാൻ മാവിൽ കയറിയ ഒരു ബാലനെക്കുറിച്ച് ഒരു കഥ ഉണ്ടാക്കുക. </w:t>
      </w:r>
      <w:r>
        <w:rPr>
          <w:rFonts w:ascii="Nirmala UI" w:hAnsi="Nirmala UI" w:cs="Nirmala UI"/>
          <w:b w:val="0"/>
          <w:sz w:val="22"/>
        </w:rPr>
        <w:t xml:space="preserve">ആ മരം അവന്റെ കുടുംബത്തിന്റേതായിരുന്നില്ല, പക്ഷേ മാമ്പഴങ്ങൾ പഴുത്തിരുന്നതിനാൽ അവ മോഷ്ടിക്കാൻ അവൻ തീരുമാനിച്ചു. പെട്ടെന്ന് ഉടമ പ്രത്യക്ഷപ്പെട്ടു. ഉടമയെ കണ്ടപ്പോൾ ബാലൻ പേടിച്ച് മരത്തിൽ നിന്ന് വീണു. അവന് പരിക്കേറ്റു.</w:t>
      </w:r>
    </w:p>
    <w:p>
      <w:r>
        <w:rPr>
          <w:rFonts w:ascii="Nirmala UI" w:hAnsi="Nirmala UI" w:cs="Nirmala UI"/>
          <w:b w:val="0"/>
          <w:sz w:val="22"/>
        </w:rPr>
        <w:t xml:space="preserve">നാം ദൈവത്തെ അനുസരിക്കാതിരിക്കുമ്പോൾ പാപം ചെയ്യുന്നു. അത് മുന്നോട്ടു പോകുന്നതിനു പകരം താഴേക്കു വീഴുന്നതുപോലെയാണ്. വീഴുമ്പോൾ നമുക്ക് വേദനിക്കുന്നു.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ഇന്നത്തെ പഠിപ്പിക്കലിലെ പ്രധാന കാര്യങ്ങൾ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വാഗ്ദത്ത ദേശത്തേക്കുള്ള യാത്രയിൽ ദൈവം ഇസ്രായേൽ ജനത്തെ പരിപാലിച്ചു.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ചിത്രങ്ങൾ 18, 29 കാണിക്കുക. ചിത്രങ്ങൾ നോക്കി ചോദ്യങ്ങൾ ചോദിച്ച്, ദൈവം അവരെ എങ്ങനെ പരിപാലിച്ചു എന്ന് ചുരുക്കമായി അവലോകനം ചെയ്യുക.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ദൈവം അവർക്ക് ഭക്ഷണവും വെള്ളവും നൽകി, സമാധാനത്തോടെ ഒരുമിച്ച് ജീവിക്കാനുള്ള നിയമങ്ങളും നൽകി; എന്നിട്ടും അവർ പിറുപിറുത്തു. അവർ നന്ദികെട്ടവരായിരുന്നു; ദൈവം തങ്ങളെ പരിപാലിക്കുമോ എന്ന് അവർ സംശയിച്ചുകൊണ്ടിരുന്നു (സംഖ്യാ 21:5).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ശിക്ഷയായി ദൈവം അവരുടെ ഇടയിലേക്ക് സർപ്പങ്ങളെ അയച്ചു (വാ. 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തങ്ങൾ പാപം ചെയ്തു എന്ന് ഇസ്രായേൽ ജനം മനസ്സിലാക്കി, അവർ അനുതപിച്ചു (വാ. 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ദൈവത്തിന്റെ നിർദ്ദേശപ്രകാരം മോശെ ഒരു ഓട്ടുസർപ്പത്തെ ഉണ്ടാക്കി ഒരു തൂണിൽ ഉയർത്തിനിർത്തി (വാ. 8). ചിത്രം 20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സർപ്പദംശനമേറ്റ ഒരാൾ ആ ഓട്ടുസർപ്പത്തെ നോക്കിയപ്പോൾ അവർ സൗഖ്യം പ്രാപിച്ചു (വാ. 9). അവരുടെ ജീവൻ രക്ഷിക്കാൻ ദൈവം ഒരു വഴി ഒരുക്കിയിരുന്നു.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നമ്മുടെ അനുസരണക്കേട് നിമിത്തം മരുഭൂമിയിൽ ആ സർപ്പത്തെ ഉയർത്തിയതുപോലെ താനും ഉയർത്തപ്പെടും എന്ന് യേശു പറഞ്ഞു (യോഹ 3:14-15). അവൻ യഥാർത്ഥത്തിൽ കുരിശിൽ ഉയർത്തപ്പെടുകയും ലോകത്തിന്റെ പാപങ്ങൾക്കായി മരിക്കുകയും ചെയ്തു. രോഗിയായ ഓരോ ഇസ്രായേല്യനും സൗഖ്യം പ്രാപിക്കാൻ ഓട്ടുസർപ്പത്തെ നോക്കേണ്ടിയിരുന്നതുപോലെ, പാപത്തിൽ നിന്നും മരണത്തിൽ നിന്നും നമ്മെ രക്ഷിക്കാൻ കഴിയുന്ന ഏക വ്യക്തിയായി യേശുവിനെ സ്വീകരിച്ച് നാം കുരിശിലേക്ക് നോക്കണം.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20 – The Snake in the Desert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20 – The Snake in the Desert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