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ദൈവത്തിന്റെ കല്പനകൾ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ലോകമെങ്ങുമുള്ള ആളുകളെ ദൈവത്തെ എങ്ങനെ ആരാധിക്കാമെന്നും സേവിക്കാമെന്നും കാണിക്കാൻ ദൈവം മോശെയ്ക്ക് പത്തു കല്പനകൾ നൽകി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19:1-24; 20:1-17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19:5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“ആകയാൽ നിങ്ങൾ എന്റെ വാക്കു പൂർണ്ണമായി കേട്ട് എന്റെ നിയമം പാലിച്ചാൽ സകല ജാതികളിലും വച്ച് നിങ്ങൾ എനിക്കു വിലയേറിയ സ്വന്തമാകും.”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നിയമങ്ങളെക്കുറിച്ച് സംസാരിക്കുക. തങ്ങളുടെ സ്കൂളിലെ നിയമങ്ങളെക്കുറിച്ച് കുട്ടികൾക്ക് പറയാൻ കഴിയണം. </w:t>
      </w:r>
      <w:r>
        <w:rPr>
          <w:rFonts w:ascii="Nirmala UI" w:hAnsi="Nirmala UI" w:cs="Nirmala UI"/>
          <w:b w:val="0"/>
          <w:sz w:val="22"/>
        </w:rPr>
        <w:t xml:space="preserve">നമുക്ക് നിയമങ്ങൾ ഉള്ളത് എന്തുകൊണ്ട്? ഒരു സാധ്യമായ ഉത്തരം: സമാധാനത്തോടും ഐക്യത്തോടും കൂടി ഒരുമിച്ച് ജീവിക്കാൻ നമ്മെ സഹായിക്കാൻ.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മോശെ ഒരു വലിയ ജനക്കൂട്ടത്തെ മരുഭൂമിയിലൂടെ നയിക്കുകയായിരുന്നു. സമാധാനത്തോടെ ഒരുമിച്ച് ജീവിക്കാനും, ഏറ്റവും പ്രധാനമായി ദൈവത്തെ സേവിക്കാനും അവരെ കാണിക്കാൻ അവർക്ക് ചില നിയമങ്ങൾ ആവശ്യമായിരുന്നു.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ഇസ്രായേല്യർ ഈജിപ്ത് വിട്ട് മൂന്നു മാസം കഴിഞ്ഞപ്പോൾ അവർ സീനായ് എന്ന പർവ്വതത്തിനടുത്ത് എത്തി. അവിടെ ദൈവം മോശെയോടു സംസാരിച്ച് അവന് ഒരു വാഗ്ദാനം നൽകി.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മനഃപാഠ വാക്യം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ദൈവം ജനത്തിന് തന്നെത്തന്നെ വെളിപ്പെടുത്തുമെന്ന് പറഞ്ഞു; എന്നാൽ അവർ ആദ്യം തങ്ങളെത്തന്നെ ഒരുക്കണമായിരുന്നു (19:9-12).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ദൈവം സീനായ് പർവ്വതത്തിൽ ഇറങ്ങിവന്നു. </w:t>
      </w:r>
      <w:r>
        <w:rPr>
          <w:rFonts w:ascii="Nirmala UI" w:hAnsi="Nirmala UI" w:cs="Nirmala UI"/>
          <w:b/>
          <w:sz w:val="22"/>
        </w:rPr>
        <w:t xml:space="preserve">എന്താണ് സംഭവിച്ചതെന്ന് നിങ്ങളുടെ സ്വന്തം വാക്കുകളിൽ പറയുക </w:t>
      </w:r>
      <w:r>
        <w:rPr>
          <w:rFonts w:ascii="Calibri" w:hAnsi="Calibri" w:cs="Calibri" w:eastAsia="Calibri"/>
          <w:b w:val="0"/>
          <w:sz w:val="22"/>
        </w:rPr>
        <w:t>(19:16-19).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ദൈവം മോശെയെ പർവ്വതത്തിന്റെ മുകളിലേക്കു വിളിച്ച് രണ്ടു പരന്ന കല്ലുകളിൽ എഴുതിയ പത്തു കല്പനകൾ അവന് നൽകി. </w:t>
      </w:r>
      <w:r>
        <w:rPr>
          <w:rFonts w:ascii="Nirmala UI" w:hAnsi="Nirmala UI" w:cs="Nirmala UI"/>
          <w:b/>
          <w:sz w:val="22"/>
        </w:rPr>
        <w:t xml:space="preserve">ചിത്രം 19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ദൈവം മോശെയ്ക്ക് നൽകിയ കല്പനകൾ ഇവയാണ്: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ഞാൻ നിന്റെ ദൈവമായ യഹോവ ആകുന്നു. നീ എന്നെ മാത്രമേ ആരാധിക്കാവൂ.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മറ്റൊന്നിലും മറ്റാരിലും നിന്റെ വിശ്വാസം വയ്ക്കരുത്. അതാണ് വിഗ്രഹാരാധന.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ഞാൻ ആരാണെന്ന ബഹുമാനമില്ലാതെ എന്റെ നാമം ഉപയോഗിക്കരുത്.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ഏഴാം ദിവസം വിശുദ്ധമായി ആചരിക്കുക. വിശ്രമത്തിനും എന്നെ ആരാധിക്കാനുമായി അത് മാറ്റിവയ്ക്കുക.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നിന്റെ മാതാപിതാക്കളെ ബഹുമാനിക്കുക.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കൊല ചെയ്യരുത്.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വ്യഭിചാരം ചെയ്യരുത്.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8.</w:t>
        <w:tab/>
      </w:r>
      <w:r>
        <w:rPr>
          <w:rFonts w:ascii="Nirmala UI" w:hAnsi="Nirmala UI" w:cs="Nirmala UI"/>
          <w:b w:val="0"/>
          <w:sz w:val="22"/>
        </w:rPr>
        <w:t xml:space="preserve">മോഷ്ടിക്കരുത്.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9.</w:t>
        <w:tab/>
      </w:r>
      <w:r>
        <w:rPr>
          <w:rFonts w:ascii="Nirmala UI" w:hAnsi="Nirmala UI" w:cs="Nirmala UI"/>
          <w:b w:val="0"/>
          <w:sz w:val="22"/>
        </w:rPr>
        <w:t xml:space="preserve">കള്ളം പറയരുത്.</w:t>
      </w:r>
    </w:p>
    <w:p>
      <w:pPr>
        <w:tabs>
          <w:tab w:pos="1077" w:val="left"/>
        </w:tabs>
        <w:spacing w:after="60"/>
        <w:ind w:left="1077" w:hanging="454"/>
      </w:pPr>
      <w:r>
        <w:rPr>
          <w:rFonts w:ascii="Calibri" w:hAnsi="Calibri" w:cs="Calibri" w:eastAsia="Calibri"/>
          <w:b/>
          <w:color w:val="595959"/>
          <w:sz w:val="22"/>
        </w:rPr>
        <w:t>10.</w:t>
        <w:tab/>
      </w:r>
      <w:r>
        <w:rPr>
          <w:rFonts w:ascii="Nirmala UI" w:hAnsi="Nirmala UI" w:cs="Nirmala UI"/>
          <w:b w:val="0"/>
          <w:sz w:val="22"/>
        </w:rPr>
        <w:t xml:space="preserve">മറ്റുള്ളവർക്കുള്ളതിനെ ആഗ്രഹിക്കരുത്.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ഈ കല്പനകളിൽ ഒന്നോ രണ്ടോ തിരഞ്ഞെടുത്ത് അവയുടെ അർത്ഥം വിശദീകരിക്കുക. രണ്ടോ മൂന്നോ കുട്ടികൾ ഉൾപ്പെടുന്ന ചെറിയ നാടകങ്ങളിലൂടെ ഇത് ചെയ്യാം. മുൻകൂട്ടി പരിശീലിക്കുക! </w:t>
      </w:r>
      <w:r>
        <w:rPr>
          <w:rFonts w:ascii="Nirmala UI" w:hAnsi="Nirmala UI" w:cs="Nirmala UI"/>
          <w:b w:val="0"/>
          <w:sz w:val="22"/>
        </w:rPr>
        <w:t xml:space="preserve">5, 8, 9, 10 കല്പനകൾ ഇങ്ങനെ എളുപ്പത്തിൽ അഭിനയിച്ചു കാണിക്കാം. ഇപ്പോൾ നിങ്ങൾ കാണുന്നു: ദൈവം ഈ കല്പനകൾ വളരെക്കാലം മുമ്പ് ഇസ്രായേല്യർക്ക് നൽകിയതാണെങ്കിലും, ദൈവത്തെയും നമുക്ക് ചുറ്റുമുള്ള ആളുകളെയും എങ്ങനെ സേവിക്കണം എന്ന് അവ ഇന്നും നമ്മോടു പറയുന്നു.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19 – The Laws of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19 – The Laws of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