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മരുഭൂമിയിലെ മന്നയും വെള്ളവും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നമുക്കു വേണ്ടത് ദൈവം നൽകും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പുറപ്പാട് 16:1-35; 17:1-6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ഫിലിപ്പിയർ 4:19</w:t>
            </w:r>
          </w:p>
          <w:p>
            <w:pPr>
              <w:spacing w:after="40"/>
            </w:pPr>
            <w:r>
              <w:rPr>
                <w:rFonts w:ascii="Nirmala UI" w:hAnsi="Nirmala UI" w:cs="Nirmala UI"/>
                <w:b w:val="0"/>
                <w:i/>
                <w:sz w:val="22"/>
              </w:rPr>
              <w:t xml:space="preserve">എന്റെ ദൈവം നിങ്ങളുടെ എല്ലാ ആവശ്യങ്ങളും നിറവേറ്റും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ക്ഷാമം ബാധിച്ച സുഡാനിലെ ജൂബയിലേക്ക് വിമാനമാർഗ്ഗം ഭക്ഷണം എത്തിക്കുന്നതിനെക്കുറിച്ച് സംസാരിക്കുക. </w:t>
      </w:r>
      <w:r>
        <w:rPr>
          <w:rFonts w:ascii="Nirmala UI" w:hAnsi="Nirmala UI" w:cs="Nirmala UI"/>
          <w:b w:val="0"/>
          <w:sz w:val="22"/>
        </w:rPr>
        <w:t xml:space="preserve">അവിടെയുള്ള ആളുകൾക്ക് സ്വയം ആവശ്യത്തിന് ഭക്ഷണം ഉൽപാദിപ്പിക്കാൻ കഴിയുന്നില്ല, ഭക്ഷണം തേടി പട്ടണത്തിന് പുറത്തു പോകുന്നത് അപകടകരവുമാണ്. ഭക്ഷണം എത്തിക്കാൻ അവർ വിമാനങ്ങളെ ആശ്രയിക്കുന്നു. ഇത് മൂന്നു വർഷത്തിലേറെയായി തുടരുന്നു.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ജൂബയിലെ ജനത്തെപ്പോലെ ഇസ്രായേൽ ജനത്തിനും ഭക്ഷണം എവിടെ കിട്ടുമെന്ന് അറിയില്ലായിരുന്നു. അവർ ചെങ്കടൽ കടന്നിരുന്നു. </w:t>
      </w:r>
      <w:r>
        <w:rPr>
          <w:rFonts w:ascii="Nirmala UI" w:hAnsi="Nirmala UI" w:cs="Nirmala UI"/>
          <w:b/>
          <w:sz w:val="22"/>
        </w:rPr>
        <w:t xml:space="preserve">ചിത്രം 17 കാണിക്കുക. </w:t>
      </w:r>
      <w:r>
        <w:rPr>
          <w:rFonts w:ascii="Nirmala UI" w:hAnsi="Nirmala UI" w:cs="Nirmala UI"/>
          <w:b w:val="0"/>
          <w:sz w:val="22"/>
        </w:rPr>
        <w:t xml:space="preserve">ഇപ്പോൾ അവർ ഭക്ഷണമോ വെള്ളമോ ഇല്ലാത്ത മരുഭൂമിയിൽ ആയിരുന്നു. അവർ മോശെയോടും ദൈവത്തോടും പരാതി പറഞ്ഞു (പുറ 16:1-3, 8).</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 അവർക്ക് ഭക്ഷണം അയച്ചു. എല്ലാ വൈകുന്നേരവും ജനത്തിന് പിടിച്ചു കഴിക്കാൻ അവിടുന്ന് പാളയത്തിലേക്ക് പക്ഷികളെ അയച്ചു.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എല്ലാ രാവിലെയും ദൈവം അവർക്ക് അപ്പമോ ചോളമോ പോലെ അവർ ഉപയോഗിച്ച ഒരു ഭക്ഷണം അയച്ചു. ഇസ്രായേല്യർ അതിനെ മന്ന എന്നു വിളിച്ചു (വാ. 31). എല്ലാ രാവിലെയും അവർ അത് നിലത്തുനിന്ന് പുതുതായി ശേഖരിച്ചു. ആരെങ്കിലും അടുത്ത ദിവസത്തേക്ക് കുറച്ച് സൂക്ഷിക്കാൻ ശ്രമിച്ചാൽ അത് കേടായി. ഓരോ ദിവസത്തേക്കും വേണ്ടത്ര മാത്രം അവർ ശേഖരിക്കണമായിരുന്നു (വാ. 14-21).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ആറാം ദിവസം (ഇന്ന് നാം വെള്ളിയാഴ്ച എന്നു വിളിക്കുന്നത്) അവർ പതിവിലും ഇരട്ടി ശേഖരിച്ചു, രണ്ടു ദിവസത്തേക്ക് തികയാൻ. കാരണം ഏഴാം ദിവസമായ ശബ്ബത്തിൽ മന്ന കാണുകയില്ല. അത് വിശ്രമത്തിനും ദൈവത്തെ ആരാധിക്കാനും മാറ്റിവച്ച വിശുദ്ധ ദിവസമായിരുന്നു (വാ. 22-30).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വെള്ളം ഇല്ലാതിരുന്നപ്പോഴും ജനം മോശെയോട് പരാതി പറഞ്ഞു (17:1-2).</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മോശെ ദൈവത്തിന്റെ നിർദ്ദേശങ്ങൾ പിന്തുടർന്നു; ഒരു പാറയിൽ നിന്ന് വെള്ളം ഒഴുകി. 2-6 വാക്യങ്ങളിൽ സംഭവിക്കുന്നത് നിങ്ങളുടെ സ്വന്തം വാക്കുകളിൽ പറയുക. </w:t>
      </w:r>
      <w:r>
        <w:rPr>
          <w:rFonts w:ascii="Nirmala UI" w:hAnsi="Nirmala UI" w:cs="Nirmala UI"/>
          <w:b/>
          <w:sz w:val="22"/>
        </w:rPr>
        <w:t xml:space="preserve">ചിത്രം 18 കാണിക്കുക.</w:t>
      </w:r>
    </w:p>
    <w:p>
      <w:r>
        <w:rPr>
          <w:rFonts w:ascii="Nirmala UI" w:hAnsi="Nirmala UI" w:cs="Nirmala UI"/>
          <w:b w:val="0"/>
          <w:sz w:val="22"/>
        </w:rPr>
        <w:t xml:space="preserve">ഇസ്രായേൽ ജനം 40 വർഷം മരുഭൂമിയിൽ ജീവിച്ചു. ആ കാലമത്രയും ഇരുപത് ലക്ഷം ആളുകൾക്ക് – അതായിരിക്കാം അവരുടെ ആകെ എണ്ണം – വേണ്ടത്ര ഭക്ഷണം ദൈവം നൽകി.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മരുഭൂമിയിൽ ഇസ്രായേല്യരുടെ ആവശ്യങ്ങൾ നിറവേറ്റി. ഇന്ന് നിങ്ങളുടെ ആവശ്യങ്ങൾ നിറവേറ്റുമെന്ന് നിങ്ങൾ അവിടുത്തെ വിശ്വസിക്കുന്നുണ്ടോ?</w:t>
      </w:r>
    </w:p>
    <w:p>
      <w:r>
        <w:rPr>
          <w:rFonts w:ascii="Nirmala UI" w:hAnsi="Nirmala UI" w:cs="Nirmala UI"/>
          <w:b/>
          <w:sz w:val="22"/>
        </w:rPr>
        <w:t xml:space="preserve">ഈ ഭാഗത്ത് കഴിഞ്ഞയാഴ്ചത്തെ കഥ ക്ലാസ്സിനെ ഓർമ്മിപ്പിക്കുക.</w:t>
      </w:r>
    </w:p>
    <w:p>
      <w:r>
        <w:rPr>
          <w:rFonts w:ascii="Nirmala UI" w:hAnsi="Nirmala UI" w:cs="Nirmala UI"/>
          <w:b/>
          <w:sz w:val="22"/>
        </w:rPr>
        <w:t xml:space="preserve">ഒരു ക്രിസ്ത്യാനി എന്ന നിലയിലുള്ള നിങ്ങളുടെ സ്വന്തം അനുഭവത്തിൽ നിന്നുള്ള ഒരു കഥ ഇവിടെ വളരെ സഹായകമാകും.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Manna and Water in the Desert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Manna and Water in the Desert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