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17</w:t>
      </w:r>
    </w:p>
    <w:p>
      <w:pPr>
        <w:keepNext/>
        <w:spacing w:after="40"/>
      </w:pPr>
      <w:r>
        <w:rPr>
          <w:rFonts w:ascii="Nirmala UI" w:hAnsi="Nirmala UI" w:cs="Nirmala UI"/>
          <w:b/>
          <w:color w:val="1F4E79"/>
          <w:sz w:val="52"/>
        </w:rPr>
        <w:t xml:space="preserve">ചെങ്കടലിങ്കൽ ദൈവം ഇസ്രായേല്യരെ രക്ഷിക്കുന്നു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2: ദൈവത്തിന്റെ ശക്തരായ പുരുഷന്മാർ</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അന്ന് ദൈവം ഒരു വലിയ അത്ഭുതം പ്രവർത്തിച്ച് ഈജിപ്ഷ്യൻ സൈന്യത്തിൽ നിന്ന് ഇസ്രായേൽ ജനത്തെ രക്ഷിച്ചു എന്ന്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പുറപ്പാട് 14:5-31</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പുറപ്പാട് 14:13</w:t>
            </w:r>
          </w:p>
          <w:p>
            <w:pPr>
              <w:spacing w:after="40"/>
            </w:pPr>
            <w:r>
              <w:rPr>
                <w:rFonts w:ascii="Nirmala UI" w:hAnsi="Nirmala UI" w:cs="Nirmala UI"/>
                <w:b w:val="0"/>
                <w:i/>
                <w:sz w:val="22"/>
              </w:rPr>
              <w:t xml:space="preserve">“ഭയപ്പെടേണ്ട; ഉറച്ചുനിൽക്കുവിൻ; യഹോവ ഇന്ന് നിങ്ങൾക്കു വരുത്തുന്ന രക്ഷ കാണുവിൻ.”</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നിങ്ങളുടെ ജീവിതത്തിൽ വളരെ പ്രധാനപ്പെട്ടതായതുകൊണ്ട് ഒരിക്കലും മറക്കാത്ത ചില സംഭവങ്ങളെക്കുറിച്ച് ചിന്തിക്കുക. അവയിൽ ഒന്നോ രണ്ടോ ക്ലാസ്സിനോടു പറയുക.</w:t>
      </w:r>
    </w:p>
    <w:p>
      <w:pPr>
        <w:pStyle w:val="Heading2"/>
      </w:pPr>
      <w:r>
        <w:rPr>
          <w:rFonts w:ascii="Nirmala UI" w:hAnsi="Nirmala UI" w:cs="Nirmala UI"/>
        </w:rPr>
        <w:t xml:space="preserve">ഇന്നത്തെ പഠിപ്പിക്കലിലെ പ്രധാന കാര്യങ്ങൾ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ഇസ്രായേൽ ജനം ഒരിക്കലും മറക്കാത്ത ഒന്ന് അനുഭവിക്കാൻ പോകുകയായിരുന്നു. അതിനായി അവർ ദൈവത്തിന് എന്നേക്കും നന്ദി പറയും. അവർ ഈജിപ്ത് വിട്ട് വാഗ്ദത്ത ദേശത്തേക്കുള്ള യാത്ര ആരംഭിച്ചിരുന്നു. അവർ കുറഞ്ഞത് ഇരുപത് ലക്ഷം പേർ ഉണ്ടായിരുന്നിരിക്കാം; അവരുടെ മൃഗങ്ങളും ഉണ്ടായിരുന്നു. അവർ മരുഭൂമിയിലൂടെ സഞ്ചരിച്ചു. ദൈവം അവർക്കു വഴി കാണിച്ചു. പകൽ ഒരു മേഘസ്തംഭം അവരെ വെയിലിൽ നിന്ന് മറച്ചു. രാത്രി ഒരു അഗ്നിസ്തംഭം അവർക്കു സഞ്ചരിക്കാൻ വെളിച്ചം നൽകി (13:21).</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ഇതിനിടയിൽ തങ്ങളുടെ അടിമകളെ വിട്ടയച്ചതിൽ ഈജിപ്തുകാർക്ക് ഖേദം തോന്നി. ഫറവോനും അവന്റെ സൈന്യവും അവരെ തിരികെ കൊണ്ടുവരാൻ പുറപ്പെടാൻ ഒരുങ്ങി (വാ. 5-9).</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ഇസ്രായേല്യർ ചെങ്കടലിനടുത്ത് എത്തിയപ്പോൾ തന്നെ ഈജിപ്ഷ്യൻ സൈന്യം അവരെ പിടികൂടി. ഇസ്രായേൽ ജനം കടലിനും ഈജിപ്തുകാർക്കും ഇടയിൽ കുടുങ്ങി. അവർക്ക് കടൽ കടക്കാൻ കഴിഞ്ഞില്ല. ഇരുവശത്തും മലകൾ ഉണ്ടായിരുന്നതിനാൽ അതിനെ ചുറ്റിപ്പോകാനും കഴിഞ്ഞില്ല. ഈജിപ്തുകാർ കാത്തിരിക്കുന്നതിനാൽ തിരികെ പോകാനും കഴിഞ്ഞില്ല. രക്ഷപ്പെടാൻ വഴിയില്ലായിരുന്നു. അവർ ഭയന്നു. മോശെയോടും അവർക്ക് വളരെ ദേഷ്യം തോന്നി; അവരെ ഈജിപ്തിൽ നിന്ന് നയിച്ചുകൊണ്ടുവന്ന അവന്റെ തെറ്റാണിതെല്ലാം എന്ന് അവർ പറഞ്ഞു (വാ. 10-12).</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മോശെ ഭയപ്പെട്ടില്ല. അവൻ ദൈവത്തിൽ ആശ്രയിച്ചു. ദൈവം അവരെ രക്ഷിക്കുമെന്നും ഭയന്ന് ഓടിപ്പോകേണ്ട ആവശ്യമില്ലെന്നും അവൻ അറിഞ്ഞിരുന്നു. </w:t>
      </w:r>
      <w:r>
        <w:rPr>
          <w:rFonts w:ascii="Nirmala UI" w:hAnsi="Nirmala UI" w:cs="Nirmala UI"/>
          <w:b/>
          <w:sz w:val="22"/>
        </w:rPr>
        <w:t xml:space="preserve">മനഃപാഠ വാക്യത്തിലെ വാക്കുകൾ പറയുക.</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sz w:val="22"/>
        </w:rPr>
        <w:t xml:space="preserve">19-20 വാക്യങ്ങളിൽ സംഭവിക്കുന്നത് നിങ്ങളുടെ സ്വന്തം വാക്കുകളിൽ വിവരിക്കുക: </w:t>
      </w:r>
      <w:r>
        <w:rPr>
          <w:rFonts w:ascii="Nirmala UI" w:hAnsi="Nirmala UI" w:cs="Nirmala UI"/>
          <w:b w:val="0"/>
          <w:sz w:val="22"/>
        </w:rPr>
        <w:t xml:space="preserve">a) ഇസ്രായേല്യരുടെ മുമ്പിലായിരുന്ന മേഘം അവരുടെ പിന്നിലേക്ക് നീങ്ങി, അങ്ങനെ അവരെ ഈജിപ്തുകാരിൽ നിന്ന് മറച്ചു.</w:t>
      </w:r>
    </w:p>
    <w:p>
      <w:r>
        <w:rPr>
          <w:rFonts w:ascii="Nirmala UI" w:hAnsi="Nirmala UI" w:cs="Nirmala UI"/>
          <w:b w:val="0"/>
          <w:sz w:val="22"/>
        </w:rPr>
        <w:t xml:space="preserve">b) മോശെ കടലിനു മീതെ കൈ നീട്ടി; ഒരു ശക്തമായ കാറ്റ് രാത്രി മുഴുവൻ വെള്ളത്തെ പിന്നോട്ടു തള്ളി.</w:t>
      </w:r>
    </w:p>
    <w:p>
      <w:r>
        <w:rPr>
          <w:rFonts w:ascii="Nirmala UI" w:hAnsi="Nirmala UI" w:cs="Nirmala UI"/>
          <w:b w:val="0"/>
          <w:sz w:val="22"/>
        </w:rPr>
        <w:t xml:space="preserve">c) പിറ്റേന്ന് ചെങ്കടലിലെ വെള്ളം രണ്ടായി പിരിഞ്ഞിരുന്നു; മോശെ ജനത്തെ ഉണങ്ങിയ നിലത്തുകൂടി നയിച്ചു. </w:t>
      </w:r>
      <w:r>
        <w:rPr>
          <w:rFonts w:ascii="Nirmala UI" w:hAnsi="Nirmala UI" w:cs="Nirmala UI"/>
          <w:b/>
          <w:sz w:val="22"/>
        </w:rPr>
        <w:t xml:space="preserve">ചിത്രം 17 കാണിക്കുക.</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ഈജിപ്തുകാർ അവരെ പിന്തുടർന്നു; എന്നാൽ ദൈവം വെള്ളം വീണ്ടും ഒഴുകിവരാൻ അനുവദിച്ചു, സൈന്യം മുഴുവൻ മുങ്ങിമരിച്ചു (വാ. 23-28).</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മോശെയുടെ കാലത്തിനു ആയിരക്കണക്കിന് വർഷങ്ങൾക്കു ശേഷം ജീവിക്കുന്ന നമുക്കും ഈ മനഃപാഠ വാക്യം സത്യമാണ്. സുഡാനിലെ ജൂബയിൽ നടന്ന ഒരു യഥാർത്ഥ കഥ ഇതാ: വീട്ടിൽ കുടുംബത്തിന് ഭക്ഷണം ഒന്നും ബാക്കിയില്ലാതിരുന്ന ഒരു മനുഷ്യൻ പാസ്റ്ററായ തന്റെ ഒരു സുഹൃത്തിന് സഹായം ചോദിച്ച് ഒരു കത്തെഴുതി. തന്റെ പക്കൽ ഒഴിവുള്ള ഭക്ഷണമൊന്നും ഇല്ലെന്ന് പാസ്റ്റർ മറുപടി പറഞ്ഞു. അവർക്കുവേണ്ടി പ്രാർത്ഥിക്കുക മാത്രമാണ് അദ്ദേഹത്തിന് നൽകാൻ കഴിയുന്ന സമ്മാനം. കുടുംബവും ദൈവത്തിന്റെ സഹായം ചോദിക്കണം എന്ന് അദ്ദേഹം പറഞ്ഞു. ആ മനുഷ്യന്റെ കുടുംബം പ്രാർത്ഥിച്ചു. പിറ്റേന്ന് ഒരു ബന്ധു, കടത്തെക്കുറിച്ച് ഓർമ്മിപ്പിക്കാതെ തന്നെ, തങ്ങളിൽ നിന്ന് വാങ്ങിയിരുന്ന കുറച്ചു പണം തിരികെ നൽകി; കുടുംബത്തിലെ ഓരോ കുട്ടിക്കും അവരുടെ സ്കൂളിൽ നിന്ന് ഓരോ ടിൻ ബീൻസ് ലഭിച്ചു. അവർക്ക് ആവശ്യമുള്ളതിലും കൂടുതൽ ദൈവം നൽകി.</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17 – God Saves the Israelites at the Red Sea</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17 – God Saves the Israelites at the Red Sea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