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13</w:t>
      </w:r>
    </w:p>
    <w:p>
      <w:pPr>
        <w:keepNext/>
        <w:spacing w:after="40"/>
      </w:pPr>
      <w:r>
        <w:rPr>
          <w:rFonts w:ascii="Nirmala UI" w:hAnsi="Nirmala UI" w:cs="Nirmala UI"/>
          <w:b/>
          <w:color w:val="1F4E79"/>
          <w:sz w:val="52"/>
        </w:rPr>
        <w:t xml:space="preserve">കുഞ്ഞ് മോശെ</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ഒരു ശക്തനായ രാജാവിനെതിരെ മോശെ എന്ന കൊച്ചുകുഞ്ഞിനെ ദൈവം എങ്ങനെ സംരക്ഷിച്ചു എന്ന്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പുറപ്പാട് 1:8 – 2:10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യെശയ്യാവ് 41:10</w:t>
            </w:r>
          </w:p>
          <w:p>
            <w:pPr>
              <w:spacing w:after="40"/>
            </w:pPr>
            <w:r>
              <w:rPr>
                <w:rFonts w:ascii="Nirmala UI" w:hAnsi="Nirmala UI" w:cs="Nirmala UI"/>
                <w:b w:val="0"/>
                <w:i/>
                <w:sz w:val="22"/>
              </w:rPr>
              <w:t xml:space="preserve">ഞാൻ നിന്റെ ദൈവം ആകുന്നു. ഞാൻ നിന്നെ ശക്തീകരിക്കും, നിന്നെ സഹായിക്കും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അടുത്തിടെ പല സുഡാനീസ് ക്രിസ്ത്യാനികളും അപകടം നേരിട്ടിട്ടുണ്ട്. അനേകം കുട്ടികൾ ഉൾപ്പെടെ ആയിരക്കണക്കിന് ആളുകൾ വടക്കൻ ഘാനയിലെ ടോറിയിൽ നിന്ന് തെക്കൻ സുഡാനിലെ ജൂബ വരെ നടന്നു. യാത്രയ്ക്കിടയിൽ, ഒരു കൂട്ടം കുട്ടികളിൽ ഏറ്റവും ഇളയവനായ താബാൻ തന്റെ സഹോദരനും സഹോദരിയും പിന്നിൽ അല്പം വൈകി. അവനെ കൂട്ടിക്കൊണ്ടുവരാൻ അവരെ തിരിച്ചയച്ചു; അങ്ങനെ കൂടെയുണ്ടായിരുന്ന മറ്റുള്ളവരെ ബാധിച്ച കുഴിബോംബ് സ്ഫോടനത്തിൽ നിന്ന് അവർ രക്ഷപ്പെട്ടു.</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സ്വന്തം നാട്ടിൽ പട്ടിണി കിടക്കേണ്ട അപകടത്തിലായിരുന്ന യാക്കോബിന്റെ കുടുംബം ഈജിപ്തിൽ ഒരു വലിയ സമ്പന്ന ഗോത്രമായി വളർന്നിരുന്നു. ഇപ്പോൾ നൂറുകണക്കിന് വർഷങ്ങൾ കഴിഞ്ഞിരിക്കുന്നു; യോസേഫ് മരിച്ചു, ഈജിപ്തിൽ മറ്റൊരു ഫറവോൻ ഭരിക്കുന്നു. യാക്കോബിന്റെ കുടുംബം വീണ്ടും അപകടത്തിലായി. </w:t>
      </w:r>
      <w:r>
        <w:rPr>
          <w:rFonts w:ascii="Nirmala UI" w:hAnsi="Nirmala UI" w:cs="Nirmala UI"/>
          <w:b/>
          <w:sz w:val="22"/>
        </w:rPr>
        <w:t xml:space="preserve">ഇസ്രായേൽ ജനം ഈജിപ്തിലെ രാജാവിന്റെ അടിമകളായത് എങ്ങനെയെന്നും, അവരുടെ നവജാത ആൺകുഞ്ഞുങ്ങളെ കൊല്ലാൻ അവൻ കല്പിച്ചത് എങ്ങനെയെന്നും വിവരിക്കുക (1:8-22).</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ഈ കാലത്താണ് മോശെ ജനിച്ചത്. അവന്റെ കുടുംബം ഫറവോന്റെ പടയാളികളിൽ നിന്ന് അവനെ മൂന്നു മാസം ഒളിപ്പിച്ചു; പിന്നെ അവൻ ഒളിപ്പിക്കാൻ കഴിയാത്തവിധം വലുതായി. അവന്റെ അമ്മ കുഞ്ഞിനെ നൈൽ നദിക്കരയിൽ വളരുന്ന ഈറച്ചെടികൾക്കിടയിൽ വെള്ളം കടക്കാത്ത ഒരു കൊട്ടയിൽ വച്ചു. എന്തു സംഭവിക്കുമെന്ന് നോക്കാൻ കുഞ്ഞിന്റെ സഹോദരി മിര്യാം അടുത്തുതന്നെ ഒളിച്ചുനിന്നു (2:1-4).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ഫറവോന്റെ പുത്രി കുളിക്കാൻ നദിയിൽ വന്നു, കൊട്ട കണ്ടു. കരയുന്ന കുഞ്ഞിനെ അവൾ അതിൽ കണ്ടെത്തി (2:5-6). </w:t>
      </w:r>
      <w:r>
        <w:rPr>
          <w:rFonts w:ascii="Nirmala UI" w:hAnsi="Nirmala UI" w:cs="Nirmala UI"/>
          <w:b/>
          <w:sz w:val="22"/>
        </w:rPr>
        <w:t xml:space="preserve">ചിത്രം 13 കാണിക്കുക. </w:t>
      </w:r>
      <w:r>
        <w:rPr>
          <w:rFonts w:ascii="Nirmala UI" w:hAnsi="Nirmala UI" w:cs="Nirmala UI"/>
          <w:b w:val="0"/>
          <w:sz w:val="22"/>
        </w:rPr>
        <w:t xml:space="preserve">ചിത്രത്തിൽ മിര്യാം സഹായം വാഗ്ദാനം ചെയ്യാൻ വരികയാണ്.</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കുഞ്ഞിനെ പാലൂട്ടാൻ ഒരു സ്ത്രീയെ കണ്ടെത്തിത്തരാമെന്ന് മിര്യാം രാജകുമാരിയോട് പറഞ്ഞു. അവൾ കുഞ്ഞിന്റെ സ്വന്തം അമ്മയെ തന്നെ കൂട്ടിക്കൊണ്ടുവന്നു (2:7-9)!</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ഫറവോന്റെ പുത്രിയുടെ ദത്തുപുത്രനായി മോശെ രാജാവിന്റെ വീട്ടിൽ വളർന്നു. അവിടെ അവൻ നല്ല വിദ്യാഭ്യാസം നേടുകയും ഈജിപ്തുകാരുടെ ചിന്താരീതികളെക്കുറിച്ച് എല്ലാം പഠിക്കുകയും ചെയ്തു.</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ദൈവം നൂറ്റാണ്ടുകൾക്കു മുമ്പ് മോശെയെ സംരക്ഷിച്ചു, ഏതാനും വർഷങ്ങൾക്കു മുമ്പ് അപകടകരമായ നടത്തത്തിൽ താബാനെയും കുടുംബത്തെയും സംരക്ഷിച്ചു. ദൈവം നമ്മെ സുരക്ഷിതരായി കാക്കുന്നു. അവിടുന്ന് എപ്പോഴും അപകടം നീക്കിക്കളയുന്നില്ല, എന്നാൽ എപ്പോഴും വഴിനീളെ നമ്മോടുകൂടെ ഉണ്ട്.</w:t>
      </w:r>
    </w:p>
    <w:p>
      <w:r>
        <w:rPr>
          <w:rFonts w:ascii="Nirmala UI" w:hAnsi="Nirmala UI" w:cs="Nirmala UI"/>
          <w:b/>
          <w:sz w:val="22"/>
        </w:rPr>
        <w:t xml:space="preserve">ദൈവത്തിന്റെ സംരക്ഷണത്തെക്കുറിച്ചുള്ള നിങ്ങളുടെ സ്വന്തം അനുഭവം പങ്കുവയ്ക്കാൻ കഴിഞ്ഞാൽ, അത് സന്ദേശത്തെ കുട്ടികൾക്ക് കൂടുതൽ യാഥാർത്ഥ്യമാക്കും.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13 – Baby Moses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13 – Baby Moses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