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യാക്കോബും യോസേഫും വീണ്ടും ഒന്നിക്കുന്നു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യോസേഫും യാക്കോബും സന്തോഷത്തോടെ വീണ്ടും ഒന്നിച്ചു എന്ന് കുട്ടികളെ കാണിക്കുക. യോസേഫിന്റെ എല്ലാ കഷ്ടതകളിലും ദൈവം അവനെ അനുഗ്രഹിച്ചു.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45:16 – 46:7; 46:28 – 47:12; 47:27 – 48:22; 50:15-21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അപ്പൊസ്തല പ്രവൃത്തികൾ 7:9-10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“ദൈവം … [യോസേഫിനോടുകൂടെ] ഉണ്ടായിരുന്നു; അവന്റെ എല്ലാ കഷ്ടങ്ങളിൽ നിന്നും അവനെ വിടുവിച്ചു.”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ഏറെക്കാലം അകലെയായിരുന്ന ഒരു കുടുംബാംഗമോ സുഹൃത്തോ നിങ്ങളുടെ വീട്ടിൽ സന്ദർശിക്കാൻ വന്നത് ഓർമ്മയുണ്ടോ? </w:t>
      </w:r>
      <w:r>
        <w:rPr>
          <w:rFonts w:ascii="Nirmala UI" w:hAnsi="Nirmala UI" w:cs="Nirmala UI"/>
          <w:b w:val="0"/>
          <w:sz w:val="22"/>
        </w:rPr>
        <w:t xml:space="preserve">അത് വളരെ ആവേശകരമാണ്. എല്ലാവരും മാറിയിരിക്കും. കുട്ടികൾ വളർന്നു വലുതായിരിക്കും. സംസാരിക്കാൻ ഒരുപാടുണ്ടാകും.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യോസേഫിന് പിതാവിനോട് സംസാരിക്കാൻ ഒരുപാടുണ്ടായിരുന്നു. അവർ പരസ്പരം കണ്ടിട്ട് ഏകദേശം 20 വർഷമായിരുന്നു!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ഈജിപ്തിൽ നിന്ന് വീട്ടിലെത്തിയ പുത്രന്മാർ പറഞ്ഞത് ആദ്യം യാക്കോബിന് വിശ്വസിക്കാൻ കഴിഞ്ഞില്ല. യോസേഫ് ജീവനോടെയുണ്ട്! യോസേഫ് അവരുടെ കൂടെ പല സമ്മാനങ്ങളും അയച്ചിരുന്നു (45:23-27).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യോസേഫിന്റെ കുടുംബം മുഴുവൻ ഈജിപ്തിലേക്കു താമസം മാറണമെന്ന ഫറവോന്റെ ക്ഷണവും അവർ കൊണ്ടുവന്നു. അവർ ഏകദേശം 100 പേരുണ്ടായിരുന്നു (45:17-20).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യാത്രയ്ക്ക് ഒരുങ്ങി. ദൈവം അവരോടുകൂടെ തുടർന്നും ഉണ്ടായിരിക്കുമെന്ന് വാഗ്ദാനം ചെയ്തു (46:1-7).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ഒടുവിൽ യോസേഫും പിതാവായ യാക്കോബും വീണ്ടും ഒന്നിച്ചു (46:28-30).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യോസേഫ് തന്റെ ചില സഹോദരന്മാരെയും പിതാവിനെയും ഫറവോനെ കാണിക്കാൻ കൊണ്ടുപോയി. കുടുംബം ഈജിപ്തിലെ ഏറ്റവും നല്ല പ്രദേശത്ത് താമസമാക്കി (47:1-12).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147 വയസ്സുവരെ, 17 വർഷം ഈജിപ്തിൽ ജീവിച്ചു (47:28). പിതാവ് മരിക്കുന്നതിനു മുമ്പ് യോസേഫ് തന്റെ സ്വന്തം പുത്രന്മാരെ അദ്ദേഹത്തിന്റെ അടുത്തു കൊണ്ടുവന്നു; യാക്കോബ് അവരെ അനുഗ്രഹിച്ചു (48:8-12). </w:t>
      </w:r>
      <w:r>
        <w:rPr>
          <w:rFonts w:ascii="Nirmala UI" w:hAnsi="Nirmala UI" w:cs="Nirmala UI"/>
          <w:b/>
          <w:sz w:val="22"/>
        </w:rPr>
        <w:t xml:space="preserve">ചിത്രം 12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യാക്കോബിന്റെ വലതുകൈ മൂത്തമകനായ മനശ്ശെയുടെ തലയിലും ഇടതുകൈ ഇളയമകനായ എഫ്രയീമിന്റെ തലയിലും വരത്തക്കവിധം യോസേഫ് വച്ചു. എന്നാൽ ചിത്രം നോക്കുക: യാക്കോബ് തന്റെ കൈകൾ പിണച്ചുവച്ചു. ഇളയ മകനായ എഫ്രയീമിന്റെ കുടുംബം ഒരു മഹാജാതിയായിത്തീർന്നു (48:13-14, 17-19).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8.</w:t>
        <w:tab/>
      </w:r>
      <w:r>
        <w:rPr>
          <w:rFonts w:ascii="Nirmala UI" w:hAnsi="Nirmala UI" w:cs="Nirmala UI"/>
          <w:b w:val="0"/>
          <w:sz w:val="22"/>
        </w:rPr>
        <w:t xml:space="preserve">യാക്കോബിന്റെ മരണശേഷം യോസേഫിന്റെ സഹോദരന്മാർ വീണ്ടും ഭയപ്പെട്ടു. യോസേഫ് ശരിക്കും അവരോടു ക്ഷമിച്ചിരുന്നോ, അതോ പിതാവ് ഇല്ലാത്ത ഈ സമയത്ത് അവരോട് പ്രതികാരം ചെയ്യുമോ? യോസേഫ് തന്റെ സഹോദരന്മാർക്ക് ഉറപ്പു നൽകി (50:15-21).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തന്റെ ജീവിതത്തിലുടനീളം യോസേഫിന് അനേകം പ്രശ്നങ്ങൾ ഉണ്ടായിരുന്നു, എന്നാൽ അവയെല്ലാം അവൻ അതിജീവിച്ചു. കാരണം അവന്റെ എല്ലാ കഷ്ടതകളിലും ദൈവം അവനോടുകൂടെ ഉണ്ടായിരുന്നു. യോസേഫ് ദൈവത്തെ ബഹുമാനിച്ചതിനാൽ ദൈവം യോസേഫിനെ ബഹുമാനിച്ചു. നാം ദൈവത്തിൽ ആശ്രയിച്ചാൽ ഒരിക്കലും പ്രത്യാശ നഷ്ടപ്പെടേണ്ടതില്ല.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12 – Jacob and Joseph Together Again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12 – Jacob and Joseph Together Again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