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11</w:t>
      </w:r>
    </w:p>
    <w:p>
      <w:pPr>
        <w:keepNext/>
        <w:spacing w:after="40"/>
      </w:pPr>
      <w:r>
        <w:rPr>
          <w:rFonts w:ascii="Nirmala UI" w:hAnsi="Nirmala UI" w:cs="Nirmala UI"/>
          <w:b/>
          <w:color w:val="1F4E79"/>
          <w:sz w:val="52"/>
        </w:rPr>
        <w:t xml:space="preserve">യോസേഫ് സഹോദരന്മാർക്ക് തന്നെത്തന്നെ വെളിപ്പെടുത്തുന്നു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യോസേഫ് തന്റെ സഹോദരന്മാരോട് പൂർണ്ണമായി ക്ഷമിച്ചു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43:1 – 45:15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എഫെസ്യർ 4:32</w:t>
            </w:r>
          </w:p>
          <w:p>
            <w:pPr>
              <w:spacing w:after="40"/>
            </w:pPr>
            <w:r>
              <w:rPr>
                <w:rFonts w:ascii="Nirmala UI" w:hAnsi="Nirmala UI" w:cs="Nirmala UI"/>
                <w:b w:val="0"/>
                <w:i/>
                <w:sz w:val="22"/>
              </w:rPr>
              <w:t xml:space="preserve">തമ്മിൽ ദയയും ആർദ്രഹൃദയവും ഉള്ളവരായി, ക്രിസ്തുവിൽ ദൈവം നിങ്ങളോടു ക്ഷമിച്ചതുപോലെ അന്യോന്യം ക്ഷമിപ്പിൻ.</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“ഞാൻ ഇത് ഒരിക്കലും ക്ഷമിക്കില്ല” എന്ന് ആരെങ്കിലും പറയുന്നത് നിങ്ങൾ കേട്ടിട്ടുണ്ടോ? അത് കേൾക്കാൻ വളരെ ദുഃഖകരമാണ്. തങ്ങളോട് വളരെ മോശമായ എന്തെങ്കിലും ചെയ്തു എന്ന് തോന്നുമ്പോൾ ആളുകൾ അങ്ങനെ പറഞ്ഞേക്കാം. എന്നാൽ യോസേഫ് തന്റെ സഹോദരന്മാരോട് അങ്ങനെയല്ല പറഞ്ഞത്. അവർ ഈജിപ്തിൽ ധാന്യം വാങ്ങാൻ വന്നപ്പോൾ അവൻ അവരെ പരീക്ഷിച്ചു. </w:t>
      </w:r>
      <w:r>
        <w:rPr>
          <w:rFonts w:ascii="Nirmala UI" w:hAnsi="Nirmala UI" w:cs="Nirmala UI"/>
          <w:b/>
          <w:sz w:val="22"/>
        </w:rPr>
        <w:t xml:space="preserve">ചിത്രം 10 കാണിക്കുക. </w:t>
      </w:r>
      <w:r>
        <w:rPr>
          <w:rFonts w:ascii="Nirmala UI" w:hAnsi="Nirmala UI" w:cs="Nirmala UI"/>
          <w:b w:val="0"/>
          <w:sz w:val="22"/>
        </w:rPr>
        <w:t xml:space="preserve">അവർ ധാന്യച്ചാക്കുകളുമായി വീട്ടിലേക്കു മടങ്ങി, എന്നാൽ തങ്ങളുടെ സഹോദരനായ ശിമെയോനെ തടവിൽ വിട്ടിട്ടു പോകേണ്ടിവന്നു.</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സഹോദരന്മാർ കൊണ്ടുവന്ന ഭക്ഷണം തീർന്നപ്പോൾ, കുറച്ചുകൂടി വാങ്ങാൻ തന്റെ പുത്രന്മാർ ഈജിപ്തിലേക്കു മടങ്ങിപ്പോകണമെന്ന് യാക്കോബ് ആഗ്രഹിച്ചു. ക്ഷാമം അപ്പോഴും തുടരുകയായിരുന്നു. “ബെന്യാമീനെ കൂടെ കൊണ്ടുപോകാതെ ഞങ്ങൾക്ക് പോകാൻ കഴിയില്ല,” സഹോദരന്മാർ പറഞ്ഞു. </w:t>
      </w:r>
      <w:r>
        <w:rPr>
          <w:rFonts w:ascii="Nirmala UI" w:hAnsi="Nirmala UI" w:cs="Nirmala UI"/>
          <w:b/>
          <w:sz w:val="22"/>
        </w:rPr>
        <w:t xml:space="preserve">യാക്കോബും പുത്രന്മാരും തമ്മിൽ വാദിക്കുന്ന വിവിധ വേഷങ്ങൾ നിങ്ങൾക്ക് അഭിനയിച്ചു കാണിക്കാം (43:1-7).</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ഒടുവിൽ യോസേഫിനെ വിൽക്കാമെന്ന് ആദ്യം നിർദ്ദേശിച്ച യെഹൂദാ (ഉല്പ 37:26-27), യാക്കോബിന്റെ ഇളയ മകന് എന്തെങ്കിലും സംഭവിച്ചാൽ ബെന്യാമീന്റെ സ്ഥാനത്ത് താൻ ജീവൻ കൊടുക്കാമെന്ന് പറഞ്ഞു. യെഹൂദാ തീർച്ചയായും മാറിയിരുന്നു! അങ്ങനെ അവർ ഈജിപ്തിലെ ഗവർണർക്കായി ചില സമ്മാനങ്ങൾ ഒരുക്കി; ബെന്യാമീൻ സഹോദരന്മാരോടൊപ്പം വീടുവിട്ടു (43:11-15).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സഹോദരന്മാരെ, വിശേഷിച്ച് ബെന്യാമീനെ, കണ്ടപ്പോൾ യോസേഫിന് വളരെ സന്തോഷമായി. അവരുടെ അമ്മ റാഹേലിന് ഇവർ രണ്ടുപേർ മാത്രമേ ഉണ്ടായിരുന്നുള്ളൂ എന്നതിനാൽ ബെന്യാമീൻ അവന്റെ ഏക സ്വന്തം സഹോദരനായിരുന്നു. </w:t>
      </w:r>
      <w:r>
        <w:rPr>
          <w:rFonts w:ascii="Nirmala UI" w:hAnsi="Nirmala UI" w:cs="Nirmala UI"/>
          <w:b/>
          <w:sz w:val="22"/>
        </w:rPr>
        <w:t xml:space="preserve">യാക്കോബിന്റെ മറ്റു മക്കൾ അവന്റെ മറ്റൊരു ഭാര്യയായ ലേയയിലും ദാസിമാരായ ബിൽഹയിലും സിൽപ്പയിലും ജനിച്ചവരാണെന്ന് ക്ലാസ്സിനെ ഓർമ്മിപ്പിക്കുക. </w:t>
      </w:r>
      <w:r>
        <w:rPr>
          <w:rFonts w:ascii="Nirmala UI" w:hAnsi="Nirmala UI" w:cs="Nirmala UI"/>
          <w:b w:val="0"/>
          <w:sz w:val="22"/>
        </w:rPr>
        <w:t xml:space="preserve">യോസേഫ് അവരോട് നന്നായി പെരുമാറി, എല്ലാവരെയും ധാന്യച്ചാക്കുകളോടെ വീട്ടിലേക്ക് അയച്ചു (43:16-34; 44:3).</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സഹോദരന്മാർ പോയി അധികം കഴിയുംമുമ്പ് യോസേഫ് തന്റെ വെള്ളിപ്പാനപാത്രം മോഷ്ടിച്ചു എന്ന് ആരോപിക്കാൻ ദാസനെ അവരുടെ പിന്നാലെ അയച്ചു. അങ്ങനെയൊരു പാത്രത്തെക്കുറിച്ച് തങ്ങൾക്ക് ഒന്നും അറിയില്ലെന്ന് അവർ നിഷേധിച്ചു; എന്നാൽ അവരെ തീർത്തും അമ്പരപ്പിച്ചുകൊണ്ട് അത് ബെന്യാമീന്റെ ചാക്കിൽ കണ്ടെത്തി. യോസേഫ് തന്റെ സഹോദരന്മാരെ പരീക്ഷിക്കാൻ ആഗ്രഹിച്ചു. അവർ ബെന്യാമീനെ സംരക്ഷിച്ച് കൂടെ നിൽക്കുമോ, അതോ സ്വയം രക്ഷപ്പെടാൻ ഓടിപ്പോകുമോ (44:1-13)?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ബെന്യാമീനെ പിതാവിൽ നിന്ന് എടുക്കുന്നതിനു പകരം തന്നെ അടിമയായി നിർത്തണമെന്ന് യെഹൂദാ യോസേഫിനോട് അപേക്ഷിച്ചു (44:14-34).</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തന്റെ സഹോദരന്മാർ മാറിയിരിക്കുന്നു എന്ന് അപ്പോൾ യോസേഫ് മനസ്സിലാക്കി; അതിനാൽ താൻ ആരാണെന്ന് അവൻ അവരോടു പറഞ്ഞു (45:1-4, 14). </w:t>
      </w:r>
      <w:r>
        <w:rPr>
          <w:rFonts w:ascii="Nirmala UI" w:hAnsi="Nirmala UI" w:cs="Nirmala UI"/>
          <w:b/>
          <w:sz w:val="22"/>
        </w:rPr>
        <w:t xml:space="preserve">ചിത്രം 11 കാണിക്കുക.</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യോസേഫിന് തന്റെ സഹോദരന്മാരോട് ക്ഷമിക്കാൻ കഴിഞ്ഞു (45:5-8). ക്ഷമയില്ലാത്തിടത്ത് എപ്പോഴും വേർപിരിയൽ ഉണ്ടാകും. യോസേഫിന് സഹോദരന്മാരോട് ക്ഷമിക്കാൻ കഴിഞ്ഞത് എങ്ങനെയാണ്? യോസേഫിന്റെ ഉള്ളിൽ ദൈവത്തിന്റെ ആത്മാവ് ഉണ്ടായിരുന്നു. പാഠം 9-ലെ മനഃപാഠ വാക്യം പുനരവലോകനം ചെയ്യുക. യേശുവിന്റെ ത്യാഗം നിമിത്തം ദൈവം നമ്മോടു ക്ഷമിച്ചിരിക്കുന്നതിനാൽ നമുക്ക് മറ്റുള്ളവരോടു ക്ഷമിക്കാൻ കഴിയും. ദൈവം നമുക്ക് ക്ഷമ വാഗ്ദാനം ചെയ്യുന്നു എന്ന് നിങ്ങൾക്കറിയാമോ? നിങ്ങൾ മറ്റുള്ളവരോടു ക്ഷമിക്കുന്നുണ്ടോ, അതോ “ഞാൻ നിന്നോടു ഒരിക്കലും ക്ഷമിക്കില്ല” എന്നു പറയുന്നുവോ? അതല്ല ദൈവം നമ്മോടു പറഞ്ഞത്, മറ്റുള്ളവരോടു നാം പറയണമെന്ന് ദൈവം ആഗ്രഹിക്കുന്നതും അതല്ല.</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11 – Joseph Reveals Himself to his Brothers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11 – Joseph Reveals Himself to his Brothers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