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10</w:t>
      </w:r>
    </w:p>
    <w:p>
      <w:pPr>
        <w:keepNext/>
        <w:spacing w:after="40"/>
      </w:pPr>
      <w:r>
        <w:rPr>
          <w:rFonts w:ascii="Nirmala UI" w:hAnsi="Nirmala UI" w:cs="Nirmala UI"/>
          <w:b/>
          <w:color w:val="1F4E79"/>
          <w:sz w:val="52"/>
        </w:rPr>
        <w:t xml:space="preserve">യോസേഫ് ഈജിപ്തിൽ ഭരിക്കുന്നു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2: ദൈവത്തിന്റെ ശക്തരായ പുരുഷന്മാർ</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യോസേഫിന്റെ ചെറുപ്പത്തിലെ സ്വപ്നങ്ങൾ എങ്ങനെ സത്യമായി എന്ന് കാണിക്കുക. ദൈവത്തിന് എല്ലാവരുടെയും ജീവിതത്തിനായി ഒരു പദ്ധതി ഉണ്ട്. യോസേഫിനെ നടത്തിയതുപോലെ അവിടുന്ന് നമ്മെയും നയിക്കുകയും അനുഗ്രഹിക്കുകയും ചെയ്യും.</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ഉല്പത്തി 42:1-29</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സങ്കീർത്തനം 37:23</w:t>
            </w:r>
          </w:p>
          <w:p>
            <w:pPr>
              <w:spacing w:after="40"/>
            </w:pPr>
            <w:r>
              <w:rPr>
                <w:rFonts w:ascii="Nirmala UI" w:hAnsi="Nirmala UI" w:cs="Nirmala UI"/>
                <w:b w:val="0"/>
                <w:i/>
                <w:sz w:val="22"/>
              </w:rPr>
              <w:t xml:space="preserve">ഒരു മനുഷ്യന്റെ വഴിയിൽ യഹോവ പ്രസാദിക്കുന്നു എങ്കിൽ അവന്റെ ചുവടുകളെ അവൻ സ്ഥിരമാക്കുന്നു …</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val="0"/>
          <w:sz w:val="22"/>
        </w:rPr>
        <w:t xml:space="preserve">വിശക്കുമ്പോൾ എങ്ങനെയിരിക്കും എന്ന് എല്ലാവർക്കും അറിയാം. </w:t>
      </w:r>
      <w:r>
        <w:rPr>
          <w:rFonts w:ascii="Nirmala UI" w:hAnsi="Nirmala UI" w:cs="Nirmala UI"/>
          <w:b/>
          <w:sz w:val="22"/>
        </w:rPr>
        <w:t xml:space="preserve">1987-ലും 1988-ലും ആയിരക്കണക്കിന് സുഡാൻകാർ ഭക്ഷണം തേടി സുഡാൻ കടന്ന് മറ്റൊരു രാജ്യമായ എത്യോപ്യയിലേക്ക് നടന്നുപോയത് കുട്ടികളെ ഓർമ്മിപ്പിക്കുക. </w:t>
      </w:r>
      <w:r>
        <w:rPr>
          <w:rFonts w:ascii="Nirmala UI" w:hAnsi="Nirmala UI" w:cs="Nirmala UI"/>
          <w:b w:val="0"/>
          <w:sz w:val="22"/>
        </w:rPr>
        <w:t xml:space="preserve">മറ്റു ചിലർ വടക്കൻ ഘാനയിലെ ടോറിയിൽ നിന്ന് തെക്കൻ സുഡാനിലെ ജൂബയിലേക്ക് നടന്നു. കാൽനടയായി ദിവസങ്ങൾ എടുക്കുന്ന യാത്രയാണിത്.</w:t>
      </w:r>
    </w:p>
    <w:p>
      <w:pPr>
        <w:pStyle w:val="Heading2"/>
      </w:pPr>
      <w:r>
        <w:rPr>
          <w:rFonts w:ascii="Nirmala UI" w:hAnsi="Nirmala UI" w:cs="Nirmala UI"/>
        </w:rPr>
        <w:t xml:space="preserve">ഇന്നത്തെ പഠിപ്പിക്കലിലെ പ്രധാന കാര്യങ്ങൾ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പതിനൊന്നു പുത്രന്മാരും അവരുടെ ഭാര്യമാരും മക്കളും അടങ്ങുന്ന യാക്കോബിന്റെ വലിയ കുടുംബം വിശന്നിരുന്നു. അവരുടെ ദേശത്ത് ക്ഷാമം ഉണ്ടായിരുന്നു. ഈജിപ്തിൽ വാങ്ങാൻ ധാന്യമുണ്ടെന്ന് കേട്ട യാക്കോബ് പത്തു പുത്രന്മാരെ അവിടേക്ക് അയച്ചു (42:1-5).</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യോസേഫ് ഇപ്പോൾ വളരെ പ്രധാനപ്പെട്ട വ്യക്തിയായിരുന്നു. ഈജിപ്തിലെ ധാന്യശേഖരം കൈകാര്യം ചെയ്യുന്നതിൽ അവൻ കഴിവുള്ളവനായിരുന്നു. സഹോദരന്മാർ ആ ശക്തനോട് വളരെ വിനയത്തോടെ പെരുമാറി. തങ്ങളുടെ ഇളയ സഹോദരനെ അവർ തിരിച്ചറിഞ്ഞില്ല, എന്നാൽ യോസേഫ് അവരെ തിരിച്ചറിഞ്ഞു (42:6-7). </w:t>
      </w:r>
      <w:r>
        <w:rPr>
          <w:rFonts w:ascii="Nirmala UI" w:hAnsi="Nirmala UI" w:cs="Nirmala UI"/>
          <w:b/>
          <w:sz w:val="22"/>
        </w:rPr>
        <w:t xml:space="preserve">ചിത്രം 10 കാണിക്കുക. സഹോദരന്മാർ കുറച്ചു ധാന്യം വാങ്ങാൻ യാചിക്കുകയാണെന്ന് ചൂണ്ടിക്കാണിക്കുക. </w:t>
      </w:r>
      <w:r>
        <w:rPr>
          <w:rFonts w:ascii="Nirmala UI" w:hAnsi="Nirmala UI" w:cs="Nirmala UI"/>
          <w:b w:val="0"/>
          <w:sz w:val="22"/>
        </w:rPr>
        <w:t xml:space="preserve">ഈ ചിത്രം നാം മുമ്പ് കണ്ട മറ്റൊരു ചിത്രത്തെ ഓർമ്മിപ്പിക്കുന്നുണ്ടോ? </w:t>
      </w:r>
      <w:r>
        <w:rPr>
          <w:rFonts w:ascii="Nirmala UI" w:hAnsi="Nirmala UI" w:cs="Nirmala UI"/>
          <w:b/>
          <w:sz w:val="22"/>
        </w:rPr>
        <w:t xml:space="preserve">ചിത്രം 5 കാണിക്കുക. </w:t>
      </w:r>
      <w:r>
        <w:rPr>
          <w:rFonts w:ascii="Nirmala UI" w:hAnsi="Nirmala UI" w:cs="Nirmala UI"/>
          <w:b w:val="0"/>
          <w:sz w:val="22"/>
        </w:rPr>
        <w:t xml:space="preserve">യോസേഫിന്റെ സ്വപ്നം സത്യമായി!</w:t>
      </w:r>
    </w:p>
    <w:p>
      <w:pPr>
        <w:ind w:left="567"/>
      </w:pPr>
      <w:r>
        <w:rPr>
          <w:rFonts w:ascii="Nirmala UI" w:hAnsi="Nirmala UI" w:cs="Nirmala UI"/>
          <w:b/>
          <w:sz w:val="22"/>
        </w:rPr>
        <w:t xml:space="preserve">ചിത്രം 10-ലേക്ക് മടങ്ങുക. </w:t>
      </w:r>
      <w:r>
        <w:rPr>
          <w:rFonts w:ascii="Nirmala UI" w:hAnsi="Nirmala UI" w:cs="Nirmala UI"/>
          <w:b w:val="0"/>
          <w:sz w:val="22"/>
        </w:rPr>
        <w:t xml:space="preserve">യോസേഫിനെ നോക്കുക. അവൻ സഹോദരന്മാരോട് വളരെ കർശനമായി പെരുമാറി. താൻ യോസേഫ് ആണെന്ന് അവൻ പറഞ്ഞില്ല. അവർ ഇപ്പോഴും പഴയതുപോലെ ക്രൂരരാണോ എന്നു പരീക്ഷിക്കാൻ അവൻ ആഗ്രഹിച്ചു. അവർ ചാരന്മാരാണെന്ന് അവൻ ആരോപിച്ചു; അതായത് ഈജിപ്തിലെ ഫറവോനെതിരെ മറ്റൊരു രാജാവിനുവേണ്ടി പ്രവർത്തിക്കുന്നവർ (42:6-14).</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സഹോദരന്മാരെ എല്ലാവരെയും തടവിലാക്കി. തങ്ങളുടെ കുടുംബത്തെക്കുറിച്ച് അവർ പറഞ്ഞത് സത്യമാണോ എന്നു പരീക്ഷിക്കാൻ, ഒരു സഹോദരൻ വീട്ടിൽ പോയി ഇളയവനെ ഈജിപ്തിലേക്ക് കൊണ്ടുവരണം എന്നു പറഞ്ഞു. മൂന്നു ദിവസത്തിനു ശേഷം യോസേഫ് അയഞ്ഞു. ശിമെയോൻ ഒഴികെ എല്ലാ സഹോദരന്മാരെയും വീട്ടിലേക്കു മടങ്ങാൻ അവൻ അനുവദിച്ചു. മറ്റുള്ളവർ ഇളയവനായ ബെന്യാമീനെയും കൊണ്ട് മടങ്ങിവരുന്നതുവരെ ശിമെയോൻ തടവിൽ കഴിയണമായിരുന്നു (42:15-20, 24).</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സഹോദരന്മാർ അവരുടെ സ്വന്തം ഭാഷയിൽ തമ്മിൽത്തമ്മിൽ സംസാരിച്ചു. തങ്ങൾ പറയുന്നത് യോസേഫിന് മനസ്സിലാകുന്നുണ്ടെന്ന് അവർ അറിഞ്ഞില്ല! യോസേഫിനോടുള്ള തങ്ങളുടെ ക്രൂരതയ്ക്ക് ദൈവം തങ്ങളെ ശിക്ഷിക്കുകയാണെന്ന് അവർ വിശ്വസിച്ചു. തങ്ങൾ ചെയ്തതിൽ അവർക്ക് ഖേദം തോന്നിത്തുടങ്ങിയിരുന്നു (42:21-24).</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വീട്ടിലേക്കുള്ള വഴിയിൽ, ധാന്യത്തിനു കൊടുത്ത പണം തങ്ങളുടെ ചാക്കുകളുടെ മുകളിൽ ഇരിക്കുന്നത് സഹോദരന്മാർ കണ്ടു. അവർക്ക് അതു മനസ്സിലായില്ല. ഈജിപ്തിലെ ഈ വിചിത്രനായ ഗവർണർ ആരാണ് (42:25-29)?</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സഹോദരന്മാർ തന്നെ ബഹുമാനിക്കുമെന്ന യോസേഫിന്റെ ചെറുപ്പത്തിലെ സ്വപ്നം, ധാന്യവിൽപ്പനയുടെ ചുമതല യോസേഫിനായിരുന്ന ഈജിപ്തിൽ അവർ ഭക്ഷണം വാങ്ങാൻ വന്നപ്പോൾ നിറവേറി. നമ്മുടെ ജീവിതം മുഴുവൻ ദൈവത്തിന്റെ കൈകളിലാണ്. അത് നമ്മെ വളരെ സുരക്ഷിതരാണെന്ന് തോന്നിപ്പിക്കണം. ദൈവം അറിയാതെയും കരുതാതെയും നമുക്ക് ഒന്നും സംഭവിക്കില്ല. </w:t>
      </w:r>
      <w:r>
        <w:rPr>
          <w:rFonts w:ascii="Nirmala UI" w:hAnsi="Nirmala UI" w:cs="Nirmala UI"/>
          <w:b/>
          <w:sz w:val="22"/>
        </w:rPr>
        <w:t xml:space="preserve">റോമർ 8:35-39 ലെ പട്ടിക ക്ലാസ്സിനെ വായിച്ചു കേൾപ്പിക്കുക.</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10 – Joseph Rules in Egypt</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10 – Joseph Rules in Egypt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