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9</w:t>
      </w:r>
    </w:p>
    <w:p>
      <w:pPr>
        <w:keepNext/>
        <w:spacing w:after="40"/>
      </w:pPr>
      <w:r>
        <w:rPr>
          <w:rFonts w:ascii="Nirmala UI" w:hAnsi="Nirmala UI" w:cs="Nirmala UI"/>
          <w:b/>
          <w:color w:val="1F4E79"/>
          <w:sz w:val="52"/>
        </w:rPr>
        <w:t xml:space="preserve">രാജാവിന്റെ സ്വപ്നം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ജയിലിൽ കഷ്ടം സഹിച്ച് അച്ചടക്കം പഠിച്ച ശേഷം മാത്രമാണ് ദൈവം ആസൂത്രണം ചെയ്ത ദൗത്യത്തിന് യോസേഫ് തയ്യാറായത്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41:1-49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41:38</w:t>
            </w:r>
          </w:p>
          <w:p>
            <w:pPr>
              <w:spacing w:after="40"/>
            </w:pPr>
            <w:r>
              <w:rPr>
                <w:rFonts w:ascii="Nirmala UI" w:hAnsi="Nirmala UI" w:cs="Nirmala UI"/>
                <w:b w:val="0"/>
                <w:i/>
                <w:sz w:val="22"/>
              </w:rPr>
              <w:t xml:space="preserve">“ദൈവത്തിന്റെ ആത്മാവുള്ള ഇവനെപ്പോലെ ഒരു പുരുഷനെ നമുക്ക് കണ്ടെത്താൻ കഴിയുമോ?”</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 കുട്ടികളായിരിക്കുമ്പോൾ തോട്ടത്തിൽ പണിയെടുക്കുന്നതുപോലെ, നമുക്ക് ഇഷ്ടമില്ലാത്ത കാര്യങ്ങൾ ചെയ്യാൻ മാതാപിതാക്കൾ ചിലപ്പോൾ ആവശ്യപ്പെടും. എന്നാൽ വലുതാകുമ്പോൾ മാതാപിതാക്കൾ നമ്മെ പഠിപ്പിച്ചതിൽ നാം സന്തോഷിക്കുന്നു. ഇതിനെ അച്ചടക്കം (ശിക്ഷണം) എന്നു പറയുന്നു.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 യോസേഫിനെ ശിക്ഷണത്തിൽ നടത്തി. ചെറുപ്പത്തിൽ യോസേഫ് അത്ര ഇഷ്ടപ്പെടാവുന്ന വ്യക്തി ആയിരുന്നില്ല. അവൻ അഹങ്കാരിയായിരുന്നു. </w:t>
      </w:r>
      <w:r>
        <w:rPr>
          <w:rFonts w:ascii="Nirmala UI" w:hAnsi="Nirmala UI" w:cs="Nirmala UI"/>
          <w:b/>
          <w:sz w:val="22"/>
        </w:rPr>
        <w:t xml:space="preserve">ചിത്രം 5 കാണിക്കുക. </w:t>
      </w:r>
      <w:r>
        <w:rPr>
          <w:rFonts w:ascii="Nirmala UI" w:hAnsi="Nirmala UI" w:cs="Nirmala UI"/>
          <w:b w:val="0"/>
          <w:sz w:val="22"/>
        </w:rPr>
        <w:t xml:space="preserve">സഹോദരന്മാർ അവനെ ശിക്ഷിച്ചു. </w:t>
      </w:r>
      <w:r>
        <w:rPr>
          <w:rFonts w:ascii="Nirmala UI" w:hAnsi="Nirmala UI" w:cs="Nirmala UI"/>
          <w:b/>
          <w:sz w:val="22"/>
        </w:rPr>
        <w:t xml:space="preserve">ചിത്രം 6 കാണിക്കുക. </w:t>
      </w:r>
      <w:r>
        <w:rPr>
          <w:rFonts w:ascii="Nirmala UI" w:hAnsi="Nirmala UI" w:cs="Nirmala UI"/>
          <w:b w:val="0"/>
          <w:sz w:val="22"/>
        </w:rPr>
        <w:t xml:space="preserve">യോസേഫിനെ അടിമയായി വിൽക്കാൻ ദൈവം അവരെ അനുവദിച്ചു. എന്നാൽ ശരിയായതു ചെയ്തപ്പോഴും യോസേഫ് കുഴപ്പത്തിലായി. </w:t>
      </w:r>
      <w:r>
        <w:rPr>
          <w:rFonts w:ascii="Nirmala UI" w:hAnsi="Nirmala UI" w:cs="Nirmala UI"/>
          <w:b/>
          <w:sz w:val="22"/>
        </w:rPr>
        <w:t xml:space="preserve">ചിത്രം 7 കാണിക്കുക. </w:t>
      </w:r>
      <w:r>
        <w:rPr>
          <w:rFonts w:ascii="Nirmala UI" w:hAnsi="Nirmala UI" w:cs="Nirmala UI"/>
          <w:b w:val="0"/>
          <w:sz w:val="22"/>
        </w:rPr>
        <w:t xml:space="preserve">അവൻ ജയിലിലായി. അവിടെ അവൻ മറ്റു തടവുകാരെ സഹായിക്കാൻ തുടങ്ങി. അവൻ അത് എങ്ങനെ ചെയ്തു എന്ന് ഓർമ്മയുണ്ടോ? </w:t>
      </w:r>
      <w:r>
        <w:rPr>
          <w:rFonts w:ascii="Nirmala UI" w:hAnsi="Nirmala UI" w:cs="Nirmala UI"/>
          <w:b/>
          <w:sz w:val="22"/>
        </w:rPr>
        <w:t xml:space="preserve">ചിത്രം 8 കാണിക്കുക. </w:t>
      </w:r>
      <w:r>
        <w:rPr>
          <w:rFonts w:ascii="Nirmala UI" w:hAnsi="Nirmala UI" w:cs="Nirmala UI"/>
          <w:b w:val="0"/>
          <w:sz w:val="22"/>
        </w:rPr>
        <w:t xml:space="preserve">യോസേഫ് അന്യായമായി തടവിലായ കാര്യം ഈജിപ്തിലെ രാജാവിനോടു പറയണമെന്ന് അവൻ ഫറവോന്റെ പ്രധാന പാനപാത്രവാഹകനോട് അപേക്ഷിച്ചു. എന്നാൽ ആ ദാസൻ മറന്നുപോയി. രണ്ടു വർഷം കൂടി കഴിഞ്ഞപ്പോൾ, തനിക്കായി ഒരുക്കിയിരുന്ന വലിയ ദൗത്യത്തിന് യോസേഫ് തയ്യാറായി എന്ന് ദൈവം അറിഞ്ഞു. ഇതെല്ലാം എങ്ങനെ സംഭവിച്ചു എന്നതാണ് ഇന്നത്തെ കഥ.</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ഈജിപ്തിലെ രാജാവായ ഫറവോൻ ഒരു സ്വപ്നം കണ്ടു. </w:t>
      </w:r>
      <w:r>
        <w:rPr>
          <w:rFonts w:ascii="Nirmala UI" w:hAnsi="Nirmala UI" w:cs="Nirmala UI"/>
          <w:b/>
          <w:sz w:val="22"/>
        </w:rPr>
        <w:t xml:space="preserve">ചിത്രം 9 കാണിക്കുക. ഉല്പത്തി 41:1-4 ലെ കഥ നിങ്ങളുടെ സ്വന്തം വാക്കുകളിൽ പറയുക.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ഈ സ്വപ്നത്തിനുശേഷം ഫറവോൻ ഉണർന്നു. പിന്നെ വീണ്ടും ഉറങ്ങി, മറ്റൊരു സ്വപ്നം കണ്ടു. </w:t>
      </w:r>
      <w:r>
        <w:rPr>
          <w:rFonts w:ascii="Nirmala UI" w:hAnsi="Nirmala UI" w:cs="Nirmala UI"/>
          <w:b/>
          <w:sz w:val="22"/>
        </w:rPr>
        <w:t xml:space="preserve">രണ്ടു തരം ധാന്യക്കതിരുകളെക്കുറിച്ചുള്ള സ്വപ്നം വിവരിക്കുക (41:5-7).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ഈ സ്വപ്നങ്ങളുടെ അർത്ഥം ഫറവോനോടു പറയാൻ ആർക്കും കഴിഞ്ഞില്ല. അപ്പോൾ മാത്രമാണ് പ്രധാന പാനപാത്രവാഹകൻ യോസേഫിനെ ഓർത്തത് (41:8-13).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ഫറവോൻ യോസേഫിനെ വിളിപ്പിച്ച് തന്റെ സ്വപ്നങ്ങളുടെ അർത്ഥം വിശദീകരിക്കാൻ ആവശ്യപ്പെട്ടു. യോസേഫ് ധൈര്യം നിറഞ്ഞവനായി, ഏക സത്യദൈവത്തെ അറിയാത്ത ആ ശക്തനായ രാജാവിനോട്, ദൈവത്തിനു മാത്രമേ അദ്ദേഹത്തിന് ഉത്തരം നൽകാൻ കഴിയൂ എന്ന് പറഞ്ഞു (41:14-16).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ഫറവോൻ യോസേഫിനോട് സ്വപ്നങ്ങൾ പറഞ്ഞു. നിങ്ങൾ അവ വീണ്ടും പറയേണ്ടതില്ല. യോസേഫ് രാജാവിനോട് അർത്ഥം പറഞ്ഞു. ഏഴു വർഷം നല്ല വിളവും അതിനുശേഷം ഏഴു വർഷം മോശം വിളവും പട്ടിണിയും ഉണ്ടാകും (41:25-32).</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സമൃദ്ധിയുടെ വർഷങ്ങൾക്കുശേഷം വരാനിരിക്കുന്ന ക്ഷാമവർഷങ്ങൾക്കായി രാജ്യത്തെ എങ്ങനെ ഒരുക്കണമെന്നും ഈ അറിവ് എങ്ങനെ ഉപയോഗിക്കണമെന്നും യോസേഫ് ഫറവോനോട് പറഞ്ഞു (41:33-36).</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ഫറവോൻ യോസേഫിൽ വളരെ മതിപ്പുള്ളവനായി, അവനെ ഗവർണർ ആക്കി; രാജാവ് കഴിഞ്ഞാൽ ഈജിപ്തിലെ ഏറ്റവും പ്രധാന വ്യക്തി (41:37-46).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നമ്മെ രൂപപ്പെടുത്താൻ ശിക്ഷണം നൽകുന്നു. അപ്പോൾ ഇഷ്ടപ്പെടുന്നില്ലെങ്കിലും നമ്മുടെ നന്മയ്ക്കുള്ള കാര്യങ്ങൾ ചെയ്യാൻ നമ്മുടെ മാതാപിതാക്കൾ നമ്മെ പഠിപ്പിക്കുന്നു. </w:t>
      </w:r>
      <w:r>
        <w:rPr>
          <w:rFonts w:ascii="Nirmala UI" w:hAnsi="Nirmala UI" w:cs="Nirmala UI"/>
          <w:b/>
          <w:sz w:val="22"/>
        </w:rPr>
        <w:t xml:space="preserve">ആമുഖമായി പറഞ്ഞ കഥ പരാമർശിക്കുക. </w:t>
      </w:r>
      <w:r>
        <w:rPr>
          <w:rFonts w:ascii="Nirmala UI" w:hAnsi="Nirmala UI" w:cs="Nirmala UI"/>
          <w:b w:val="0"/>
          <w:sz w:val="22"/>
        </w:rPr>
        <w:t xml:space="preserve">ദൈവം യോസേഫിനെ ശിക്ഷണത്തിൽ നടത്തി. നിരപരാധി ആയിരുന്നിട്ടും ജയിലിൽ കഴിയാൻ ദൈവം അവനെ അനുവദിച്ചു. ദൈവത്തെ മാത്രം ആശ്രയിക്കാൻ അവൻ പഠിച്ചു. നമ്മുടെ സ്വന്തം ശക്തിയിലോ കഴിവിലോ അല്ല, തന്നിൽ ആശ്രയിക്കാൻ നമ്മെ പഠിപ്പിക്കാൻ ദൈവം പലപ്പോഴും കഠിനകാലങ്ങൾ ഉപയോഗിക്കുന്നു. സാധ്യമെങ്കിൽ നിങ്ങളുടെ സ്വന്തം ജീവിതത്തിൽ നിന്നുള്ള ഒരു ഉദാഹരണം പറയുക.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9 – The King’s Dream</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9 – The King’s Dream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