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7</w:t>
      </w:r>
    </w:p>
    <w:p>
      <w:pPr>
        <w:keepNext/>
        <w:spacing w:after="40"/>
      </w:pPr>
      <w:r>
        <w:rPr>
          <w:rFonts w:ascii="Nirmala UI" w:hAnsi="Nirmala UI" w:cs="Nirmala UI"/>
          <w:b/>
          <w:color w:val="1F4E79"/>
          <w:sz w:val="52"/>
        </w:rPr>
        <w:t xml:space="preserve">ഈജിപ്തിലെ അടിമയായ യോസേഫ്</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യോസേഫിന്റെ സാഹചര്യങ്ങൾ എന്തായിരുന്നാലും ദൈവം അവനോടുകൂടെ ഉണ്ടായിരുന്നു എന്ന് കുട്ടികളെ പഠിപ്പിക്കുക. അവന്റെ എല്ലാ ബുദ്ധിമുട്ടുകളിലും ദൈവം അവനെ അനുഗ്രഹിച്ചു.</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39:1-23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1 കൊരിന്ത്യർ 10:13</w:t>
            </w:r>
          </w:p>
          <w:p>
            <w:pPr>
              <w:spacing w:after="40"/>
            </w:pPr>
            <w:r>
              <w:rPr>
                <w:rFonts w:ascii="Nirmala UI" w:hAnsi="Nirmala UI" w:cs="Nirmala UI"/>
                <w:b w:val="0"/>
                <w:i/>
                <w:sz w:val="22"/>
              </w:rPr>
              <w:t xml:space="preserve">ദൈവം … നിങ്ങളുടെ കഴിവിനപ്പുറം പരീക്ഷിക്കപ്പെടുവാൻ അനുവദിക്കയില്ല.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രണ്ടു കുട്ടികളെക്കുറിച്ച് ഒരു കഥ ഉണ്ടാക്കുക: ഇളയവൻ വീട്ടിൽ എന്തെങ്കിലും പൊട്ടിക്കുകയോ പഞ്ചസാര മോഷ്ടിക്കുകയോ ചെയ്യുന്നു, എന്നാൽ മാതാപിതാക്കൾ മൂത്ത കുട്ടിയെ കുറ്റപ്പെടുത്തി തെറ്റായി ശിക്ഷിക്കുന്നു. </w:t>
      </w:r>
      <w:r>
        <w:rPr>
          <w:rFonts w:ascii="Nirmala UI" w:hAnsi="Nirmala UI" w:cs="Nirmala UI"/>
          <w:b w:val="0"/>
          <w:sz w:val="22"/>
        </w:rPr>
        <w:t xml:space="preserve">തീർച്ചയായും ഇത് വളരെ അന്യായമാണ്.</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യോസേഫിന് വളരെ അന്യായമായ ചില കാര്യങ്ങൾ സംഭവിച്ചു. അവ എന്തൊക്കെയായിരുന്നു എന്ന് ക്ലാസ്സിനോട് ചോദിക്കുക (ഉല്പ 37:11, 18-20, 23-24, 28 കാണുക). സഹോദരന്മാർ അവനെ സഞ്ചാരികളായ കച്ചവടക്കാർക്ക് വിറ്റ സമയത്ത് യോസേഫ് ഒരുപക്ഷേ അത്ര ഇഷ്ടപ്പെടാവുന്ന വ്യക്തി ആയിരുന്നില്ല; എങ്കിലും അവരുടെ ശിക്ഷ വളരെ ക്രൂരമായിരുന്നു.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ഈജിപ്തിലെ രാജാവിന്റെ ഒരു പ്രധാന ഉദ്യോഗസ്ഥനായ പോത്തീഫറിന് യോസേഫിനെ അടിമയായി വിറ്റു. യോസേഫ് നന്നായി ജോലി ചെയ്ത് വിശ്വസ്ത ദാസനായിത്തീർന്നു. പോത്തീഫറിന്റെ വീട്ടുകാര്യങ്ങളെല്ലാം നോക്കാൻ അവനെ ചുമതലപ്പെടുത്തി. അവന് വലിയ ഉത്തരവാദിത്വം ലഭിച്ചു; അവൻ ചെയ്തതെല്ലാം ദൈവം അനുഗ്രഹിച്ചു (39:1-6).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എന്നാൽ യോസേഫിന് കൂടുതൽ കഷ്ടതകൾ വന്നു. പോത്തീഫറിന്റെ ഭാര്യ യോസേഫിനെ സ്വന്തമാക്കാൻ ആഗ്രഹിച്ചു. അവളുടെ പ്രലോഭനങ്ങളെ യോസേഫ് പലപ്പോഴും നിരസിച്ചു (39:7-10).</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അവളുടെ ആവശ്യങ്ങൾക്ക് വഴങ്ങുന്നതിനു പകരം യോസേഫ് പോത്തീഫറിന്റെ ഭാര്യയുടെ അടുത്തുനിന്ന് ഓടിപ്പോയി. അവൾ അവന്റെ വസ്ത്രത്തിന്റെ ഒരു കഷണം കീറിയെടുത്തു (39:11-15). </w:t>
      </w:r>
      <w:r>
        <w:rPr>
          <w:rFonts w:ascii="Nirmala UI" w:hAnsi="Nirmala UI" w:cs="Nirmala UI"/>
          <w:b/>
          <w:sz w:val="22"/>
        </w:rPr>
        <w:t xml:space="preserve">ചിത്രം 7 കാണിക്കുക.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ഈ സംഭവത്തെക്കുറിച്ച് ഭാര്യ പറഞ്ഞ നുണകൾ പോത്തീഫർ വിശ്വസിച്ചു. താൻ ചെയ്യാത്ത ഒരു കാര്യത്തിന് യോസേഫ് ജയിലിലായി (39:16-20).</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എന്നാൽ ജയിലിൽ പോലും ദൈവം യോസേഫിനോടുകൂടെ ഉണ്ടായിരുന്നു (39:21-23).</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ഇത് യോസേഫിനോട് വളരെ അന്യായമായിരുന്നു. നിരപരാധി ആയിരുന്നിട്ടും അവൻ 8-10 വർഷം ജയിലിൽ കഴിഞ്ഞു. എങ്കിലും അവൻ ദൈവത്തിൽ ആശ്രയിക്കുകയും അവിടുത്തെ നിയമങ്ങൾ അനുസരിക്കുകയും ചെയ്തു. ദൈവം എല്ലാം നിയന്ത്രിക്കുന്നു എന്ന് അവൻ വിശ്വസിച്ചു; ദൈവം യോസേഫിനെ അവൻ ചെയ്ത എല്ലാറ്റിലും അനുഗ്രഹിച്ചു. ഒരു ദിവസം ദൈവം നമ്മെയെല്ലാം വിധിക്കുകയും തിന്മ തിരഞ്ഞെടുക്കുന്നവരെ തള്ളിക്കളയുകയും ചെയ്യും. എന്നാൽ തന്നിൽ ആശ്രയിക്കുന്നവർക്ക് തങ്ങളുടെ മുമ്പിൽ വരുന്ന പ്രലോഭനങ്ങളെ ചെറുക്കാനുള്ള ശക്തി ദൈവം നൽകുന്നു. ഇതിനെക്കുറിച്ച് ഇന്നത്തെ മനഃപാഠ വാക്യം എന്താണു പറയുന്നതെന്ന് നോക്കുക.</w:t>
      </w:r>
    </w:p>
    <w:p>
      <w:r>
        <w:rPr>
          <w:rFonts w:ascii="Nirmala UI" w:hAnsi="Nirmala UI" w:cs="Nirmala UI"/>
          <w:b w:val="0"/>
          <w:sz w:val="22"/>
        </w:rPr>
        <w:t xml:space="preserve">കാര്യങ്ങൾ ബുദ്ധിമുട്ടാകുമ്പോൾ യോസേഫിന്റെ മാതൃക ഓർക്കുക. </w:t>
      </w:r>
      <w:r>
        <w:rPr>
          <w:rFonts w:ascii="Nirmala UI" w:hAnsi="Nirmala UI" w:cs="Nirmala UI"/>
          <w:b/>
          <w:sz w:val="22"/>
        </w:rPr>
        <w:t xml:space="preserve">ആമുഖമായി പറഞ്ഞ കഥ ക്ലാസ്സിനെ ഓർമ്മിപ്പിക്കുക.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7 – Joseph the Slave in Egypt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7 – Joseph the Slave in Egypt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