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6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യോസേഫ് അടിമയായി വിൽക്കപ്പെടുന്നു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2: ദൈവത്തിന്റെ ശക്തരായ പുരുഷന്മാർ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യോസേഫിന്റെ ജീവിതത്തിൽ ബുദ്ധിമുട്ടുകളും പ്രശ്നങ്ങളും വന്നപ്പോൾ ദൈവം അവയെ യോസേഫിന്റെ നന്മയ്ക്കായി ഉപയോഗിച്ചു എന്ന് കുട്ടികളെ പഠിപ്പിക്കുക. നമ്മുടെ കാര്യത്തിലും അവിടുന്ന് അങ്ങനെ തന്നെ ചെയ്യുന്നു.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ഉല്പത്തി 37:12-36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ഉല്പത്തി 50:20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നിങ്ങൾ എനിക്കു ദോഷം ചിന്തിച്ചു; ദൈവമോ അതിനെ ഗുണമാക്കി തീർക്കുവാൻ ഉദ്ദേശിച്ചു …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വീട്ടുകാരും കൂട്ടുകാരും വിളിക്കുന്ന ഓമനപ്പേരോ വിളിപ്പേരോ ഉണ്ടോ എന്ന് കുട്ടികളോട് ചോദിക്കുക. </w:t>
      </w:r>
      <w:r>
        <w:rPr>
          <w:rFonts w:ascii="Nirmala UI" w:hAnsi="Nirmala UI" w:cs="Nirmala UI"/>
          <w:b w:val="0"/>
          <w:sz w:val="22"/>
        </w:rPr>
        <w:t xml:space="preserve">ഒരുപക്ഷേ അധ്യാപകനായ നിങ്ങൾക്കും ഒന്ന് ഉണ്ടാകാം! ഒരു വിളിപ്പേര് പലപ്പോഴും ഒരാളുടെ സ്വഭാവത്തെ വിവരിക്കുന്നു. യോസേഫിന് സഹോദരന്മാർ നൽകിയ ഒരു വിളിപ്പേര് ഉണ്ടായിരുന്നു: “ആ സ്വപ്നക്കാരൻ”. അത് നല്ല അർത്ഥത്തിലോ പ്രശംസയായോ പറഞ്ഞതല്ലായിരുന്നു. </w:t>
      </w:r>
      <w:r>
        <w:rPr>
          <w:rFonts w:ascii="Nirmala UI" w:hAnsi="Nirmala UI" w:cs="Nirmala UI"/>
          <w:b/>
          <w:sz w:val="22"/>
        </w:rPr>
        <w:t xml:space="preserve">ചിത്രം 5 കാണിക്കുക. ഇതുവരെയുള്ള കഥ ചുരുക്കമായി അവലോകനം ചെയ്യുക.</w:t>
      </w:r>
    </w:p>
    <w:p>
      <w:pPr>
        <w:pStyle w:val="Heading2"/>
      </w:pPr>
      <w:r>
        <w:rPr>
          <w:rFonts w:ascii="Nirmala UI" w:hAnsi="Nirmala UI" w:cs="Nirmala UI"/>
        </w:rPr>
        <w:t xml:space="preserve">ഇന്നത്തെ പഠിപ്പിക്കലിലെ പ്രധാന കാര്യങ്ങൾ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അവരുടെ പിതാവായ യാക്കോബ് ആട്ടിൻകൂട്ടങ്ങളെ നോക്കുന്ന സഹോദരന്മാർ എങ്ങനെ കഴിയുന്നു എന്നു കാണാൻ യോസേഫിനെ അയച്ചു (37:12-14).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സഹോദരന്മാരെ കണ്ടെത്താൻ യോസേഫിന് അല്പം ബുദ്ധിമുട്ടുണ്ടായി (37:15-17).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സഹോദരന്മാർ അവൻ വരുന്നത് കണ്ടു. അവനെ കൊല്ലാൻ ഈ അവസരം ഉപയോഗിക്കണമെന്ന് അവർ തീരുമാനിച്ചു. മുതിർന്ന സഹോദരന്മാർ എന്തു ചെയ്യുന്നു എന്നു നോക്കാൻ പിതാവ് ഈ ചെറിയ ബാലനെ അയച്ചതുകൊണ്ട് ഒരുപക്ഷേ അവർക്ക് കൂടുതൽ കോപം തോന്നിയിരിക്കാം (37:18-20).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മൂത്തവനായ രൂബേൻ അവരെ തടഞ്ഞു. </w:t>
      </w:r>
      <w:r>
        <w:rPr>
          <w:rFonts w:ascii="Nirmala UI" w:hAnsi="Nirmala UI" w:cs="Nirmala UI"/>
          <w:b/>
          <w:sz w:val="22"/>
        </w:rPr>
        <w:t xml:space="preserve">ഈ സംഭവം നിങ്ങളുടെ സ്വന്തം വാക്കുകളിൽ പറയുക (വാ. 21-24). തർക്കം വ്യക്തമാക്കാൻ വിവിധ സഹോദരന്മാരുടെ വേഷം അഭിനയിക്കാം.</w:t>
      </w:r>
    </w:p>
    <w:p>
      <w:pPr>
        <w:ind w:left="567"/>
      </w:pPr>
      <w:r>
        <w:rPr>
          <w:rFonts w:ascii="Nirmala UI" w:hAnsi="Nirmala UI" w:cs="Nirmala UI"/>
          <w:b w:val="0"/>
          <w:sz w:val="22"/>
        </w:rPr>
        <w:t xml:space="preserve">അവർ യോസേഫിനെ വറ്റിയ ഒരു കിണറ്റിൽ എറിഞ്ഞു; രൂബേൻ മൃഗങ്ങളെ നോക്കാൻ പോയിരിക്കാം.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യോസേഫ് കൊണ്ടുവന്ന ഭക്ഷണം കഴിക്കുമ്പോൾ ചില കച്ചവടക്കാർ അതുവഴി വരുന്നത് സഹോദരന്മാർ കണ്ടു. മറ്റൊരു സഹോദരനായ യെഹൂദാ, യോസേഫിനെ ആ കച്ചവടക്കാർക്ക് അടിമയായി വിൽക്കാമെന്ന് നിർദ്ദേശിച്ചു. 20 വെള്ളിനാണയത്തിന് അവനെ വിറ്റു; അവനെ ഈജിപ്തിലേക്ക് കൊണ്ടുപോയി (37:25-28).</w:t>
      </w:r>
    </w:p>
    <w:p>
      <w:pPr>
        <w:ind w:left="567"/>
      </w:pPr>
      <w:r>
        <w:rPr>
          <w:rFonts w:ascii="Nirmala UI" w:hAnsi="Nirmala UI" w:cs="Nirmala UI"/>
          <w:b/>
          <w:sz w:val="22"/>
        </w:rPr>
        <w:t xml:space="preserve">ചിത്രം 6 കാണിക്കുക.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രൂബേൻ മടങ്ങിവന്നപ്പോൾ യോസേഫ് അവിടെ ഉണ്ടായിരുന്നില്ല. വഴിയിൽ വച്ച് ഒരു വന്യമൃഗം യോസേഫിനെ കൊന്നുവെന്ന് സഹോദരന്മാർ പിതാവിനോടു പറഞ്ഞു. യാക്കോബിന് വളരെ വളരെ ദുഃഖമായി (37:29-35).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7.</w:t>
        <w:tab/>
      </w:r>
      <w:r>
        <w:rPr>
          <w:rFonts w:ascii="Nirmala UI" w:hAnsi="Nirmala UI" w:cs="Nirmala UI"/>
          <w:b w:val="0"/>
          <w:sz w:val="22"/>
        </w:rPr>
        <w:t xml:space="preserve">ഈജിപ്തിൽ വച്ച് യോസേഫിനെ ഒരു പ്രധാന പടയാളിക്ക് അടിമയായി വിറ്റു (37:36).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യോസേഫിന് ചില ഭയങ്കര കാര്യങ്ങൾ സംഭവിച്ചു. വർഷങ്ങൾക്കുശേഷം യോസേഫ് തന്റെ സഹോദരന്മാരെ വീണ്ടും കണ്ടുമുട്ടിയപ്പോൾ ഇന്നത്തെ മനഃപാഠ വാക്യത്തിലെ വാക്കുകൾ അവരോടു പറഞ്ഞു.</w:t>
      </w:r>
    </w:p>
    <w:p>
      <w:r>
        <w:rPr>
          <w:rFonts w:ascii="Nirmala UI" w:hAnsi="Nirmala UI" w:cs="Nirmala UI"/>
          <w:b w:val="0"/>
          <w:sz w:val="22"/>
        </w:rPr>
        <w:t xml:space="preserve">ഒരു പ്രത്യേക ഉദ്ദേശ്യത്തിനായി ദൈവം യോസേഫിന്റെ ഈജിപ്തിലെ വാസം ഉപയോഗിച്ചു; അത് നാം പിന്നീട് കണ്ടെത്തും. നാം എല്ലായ്പ്പോഴും അവനിൽ ആശ്രയിക്കാൻ പഠിക്കേണ്ടതിന് എല്ലാത്തരം കാര്യങ്ങളും നമുക്ക് സംഭവിക്കാൻ ദൈവം അനുവദിക്കുന്നു. </w:t>
      </w:r>
      <w:r>
        <w:rPr>
          <w:rFonts w:ascii="Nirmala UI" w:hAnsi="Nirmala UI" w:cs="Nirmala UI"/>
          <w:b/>
          <w:sz w:val="22"/>
        </w:rPr>
        <w:t xml:space="preserve">സാധ്യമെങ്കിൽ നിങ്ങളുടെ സ്വന്തം അനുഭവത്തിൽ നിന്നുള്ള ഒരു ഉദാഹരണത്തോടെ വിശദീകരിക്കുക.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6 – Joseph is Sold as a Slave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6 – Joseph is Sold as a Slave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