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5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യോസേഫിന്റെ സ്വപ്നങ്ങൾ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യോസേഫിന്റെ ജീവിതത്തിനും – നമ്മുടെ ജീവിതത്തിനും – ദൈവത്തിന് ഒരു പദ്ധതി ഉണ്ടായിരുന്നു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37:1-11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എഫെസ്യർ 1:4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ലോകസ്ഥാപനത്തിനു മുമ്പേ [ദൈവം] അവനിൽ നമ്മെ തിരഞ്ഞെടുത്തു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തലേന്നു രാത്രി ആരെങ്കിലും സ്വപ്നം കണ്ടോ എന്ന് ക്ലാസ്സിനോട് ചോദിക്കുക. അത് എന്തിനെക്കുറിച്ചായിരുന്നു? </w:t>
      </w:r>
      <w:r>
        <w:rPr>
          <w:rFonts w:ascii="Nirmala UI" w:hAnsi="Nirmala UI" w:cs="Nirmala UI"/>
          <w:b w:val="0"/>
          <w:sz w:val="22"/>
        </w:rPr>
        <w:t xml:space="preserve">ചിലപ്പോൾ നമ്മുടെ സ്വപ്നങ്ങൾക്ക് വലിയ അർത്ഥമൊന്നും കാണില്ല. ഇന്നത്തെ ബൈബിൾ കഥ സ്വപ്നം കണ്ട ഒരാളെക്കുറിച്ചാണ്. അവന്റെ സ്വപ്നങ്ങൾ അവന്റെ കുടുംബത്തെ മുഴുവൻ അസ്വസ്ഥമാക്കി. അവന്റെ സഹോദരന്മാർ അവനെ “ആ സ്വപ്നക്കാരൻ” എന്നു വിളിക്കാൻപോലും തുടങ്ങി.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യാക്കോബ് ഏറ്റവും സ്നേഹിച്ച ഭാര്യയായ റാഹേലിൽ ഉണ്ടായ മൂത്തമകനായിരുന്നു യോസേഫ്. കഴിഞ്ഞ പ്രാവശ്യം ദൈവം യാക്കോബിന് ഒരു പുതിയ പേര് നൽകിയതായി ഓർക്കുന്നില്ലേ? അത് ഇസ്രായേൽ എന്നായിരുന്നു. </w:t>
      </w:r>
      <w:r>
        <w:rPr>
          <w:rFonts w:ascii="Nirmala UI" w:hAnsi="Nirmala UI" w:cs="Nirmala UI"/>
          <w:b/>
          <w:sz w:val="22"/>
        </w:rPr>
        <w:t xml:space="preserve">ചിത്രം 4 കാണിക്കുക.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ഇസ്രായേലിന്റെ 12 പുത്രന്മാരിൽ ഒരാളായിരുന്നു യോസേഫ്. അവൻ തന്റെ സഹോദരന്മാർക്ക് പ്രിയപ്പെട്ടവൻ ആയിരുന്നില്ല. </w:t>
      </w:r>
      <w:r>
        <w:rPr>
          <w:rFonts w:ascii="Nirmala UI" w:hAnsi="Nirmala UI" w:cs="Nirmala UI"/>
          <w:b/>
          <w:sz w:val="22"/>
        </w:rPr>
        <w:t xml:space="preserve">എന്തുകൊണ്ടെന്ന് വിശദീകരിക്കുക (37:2). </w:t>
      </w:r>
      <w:r>
        <w:rPr>
          <w:rFonts w:ascii="Nirmala UI" w:hAnsi="Nirmala UI" w:cs="Nirmala UI"/>
          <w:b w:val="0"/>
          <w:sz w:val="22"/>
        </w:rPr>
        <w:t xml:space="preserve">അവൻ സഹോദരന്മാരെക്കുറിച്ച് പിതാവിനോട് ഏഷണി പറഞ്ഞു.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മറുവശത്ത്, പിതാവിന് യോസേഫിനെ വളരെ ഇഷ്ടമായിരുന്നു. ഇത് സഹോദരന്മാരെ അസൂയപ്പെടുത്തി. അവരുടെ പിതാവ് യോസേഫിന് ഒരു പ്രത്യേക വിശിഷ്ട അങ്കിയും നൽകി. ഇത് അസൂയയും വിരോധവും കൂടുതൽ വഷളാക്കി (വാ. 3-4).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പിന്നെ യോസേഫ് ഒരു സ്വപ്നം കണ്ടു; അതിൽ അവർ അവന്റെ മുമ്പിൽ കുമ്പിട്ടു. അവൻ അത് സഹോദരന്മാരോടു പറഞ്ഞു (വാ. 5-7). </w:t>
      </w:r>
      <w:r>
        <w:rPr>
          <w:rFonts w:ascii="Nirmala UI" w:hAnsi="Nirmala UI" w:cs="Nirmala UI"/>
          <w:b/>
          <w:sz w:val="22"/>
        </w:rPr>
        <w:t xml:space="preserve">ചിത്രം 5 കാണിക്കുക. </w:t>
      </w:r>
      <w:r>
        <w:rPr>
          <w:rFonts w:ascii="Nirmala UI" w:hAnsi="Nirmala UI" w:cs="Nirmala UI"/>
          <w:b w:val="0"/>
          <w:sz w:val="22"/>
        </w:rPr>
        <w:t xml:space="preserve">അവർ കോപിച്ചു. “നീ ഞങ്ങളെ ഭരിക്കാൻ പോകുകയാണോ?” അവർ ചോദിച്ചു (വാ. 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യോസേഫിന് രണ്ടാമതൊരു സ്വപ്നവും ഉണ്ടായി; അത് കൂടുതൽ ഞെട്ടിക്കുന്നതായിരുന്നു (വാ. 9). ഇത്തവണ അവന്റെ പിതാവും അവനോടു കോപിച്ചു (വാ. 10). മാതാപിതാക്കൾ തങ്ങളുടെ ഒരു മക്കളുടെ മുമ്പിൽ ഇങ്ങനെ കുമ്പിടുകയോ ബഹുമാനിക്കുകയോ ചെയ്യുന്നത് പതിവില്ല; അക്കാലത്ത് മൂത്ത സഹോദരന്മാർ ഇളയവരെക്കാൾ ഉയർന്ന സ്ഥാനത്താണെന്ന് കരുതപ്പെട്ടിരുന്നു. യോസേഫിന്റെ സ്വപ്നങ്ങൾ യാക്കോബിന് മനസ്സിൽനിന്ന് കളയാൻ കഴിഞ്ഞില്ല.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ദൈവത്തിന് യോസേഫിന്റെ ജീവിതത്തിനായി ഒരു പദ്ധതി ഉണ്ടായിരുന്നു. എന്നാൽ യോസേഫ് അത്ര നല്ല വ്യക്തി ആയിരുന്നില്ല എന്നു തോന്നുന്നു. ആ സ്വപ്നങ്ങളെക്കുറിച്ച് പൊങ്ങച്ചം പറഞ്ഞതും അത്ര വിവേകമായിരുന്നില്ല. യോസേഫിന്റെ ജീവിതത്തിൽ തന്റെ പദ്ധതി നിറവേറ്റാൻ ദൈവത്തിന് അവനെ മാറ്റേണ്ടിവന്നു.</w:t>
      </w:r>
    </w:p>
    <w:p>
      <w:r>
        <w:rPr>
          <w:rFonts w:ascii="Nirmala UI" w:hAnsi="Nirmala UI" w:cs="Nirmala UI"/>
          <w:b w:val="0"/>
          <w:sz w:val="22"/>
        </w:rPr>
        <w:t xml:space="preserve">നാം ജനിക്കുന്നതിനു മുമ്പേ തന്നെ ദൈവത്തിന് നമ്മുടെ ജീവിതത്തിനായി ഒരു പദ്ധതിയുണ്ട്. മനഃപാഠ വാക്യം എന്താണു പറയുന്നതെന്ന് കേൾക്കുക.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5 – Joseph’s Dreams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5 – Joseph’s Dreams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