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4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യാക്കോബ് ദൈവത്തെ മുഖാമുഖം കാണുന്നു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2: ദൈവത്തിന്റെ ശക്തരായ പുരുഷന്മാർ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ദൈവത്തെ കണ്ടുമുട്ടിയ ശേഷം യാക്കോബ് ഒരു മാറിയ വ്യക്തിയായി എന്ന് കുട്ടികളെ പഠിപ്പിക്കുക. ദൈവം വിശ്വസ്തനും കൃപ നിറഞ്ഞവനും ആണെന്ന് യാക്കോബ് പഠിച്ചു.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32:3 – 33:4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ഫിലിപ്പിയർ 1:6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നിങ്ങളിൽ ഒരു നല്ല പ്രവൃത്തി തുടങ്ങിയവൻ അതിനെ യേശുക്രിസ്തുവിന്റെ നാളോളം പൂർത്തിയാക്കും.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നിങ്ങൾ ഭയപ്പെടുന്ന ഒരാളെ കാണേണ്ടിവരുന്നതിനെക്കുറിച്ച് ഒരു കഥ ഉണ്ടാക്കുക; ഉദാഹരണത്തിന് ഒരു പുതിയ സ്കൂളിലെ ഹെഡ്മാസ്റ്ററെ. നിങ്ങളുടെ സ്വന്തം ജീവിതത്തിൽ നിന്നുള്ള ഒരു സംഭവവും പറയാം.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/>
          <w:sz w:val="22"/>
        </w:rPr>
        <w:t xml:space="preserve">യാക്കോബ് തന്റെ പുതിയ കുടുംബത്തോടൊപ്പം വീട്ടിലേക്കു മടങ്ങുകയായിരുന്നു. അത് ഒരു വലിയ കുടുംബമായിരുന്നു (ഉല്പ 32:10, 22)</w:t>
      </w:r>
      <w:r>
        <w:rPr>
          <w:rFonts w:ascii="Nirmala UI" w:hAnsi="Nirmala UI" w:cs="Nirmala UI"/>
          <w:b w:val="0"/>
          <w:sz w:val="22"/>
        </w:rPr>
        <w:t xml:space="preserve">. അത് വിവരിക്കുക. അവൻ തന്റെ സഹോദരനായ ഏശാവിനെ വീണ്ടും കാണാൻ പോകുകയായിരുന്നു. ഏശാവിനോട് താൻ നന്നായി പെരുമാറിയിട്ടില്ലാത്തതിനാൽ യാക്കോബ് ഇതിനെ ഭയപ്പെട്ടു. അവൻ എന്താണ് ചെയ്തതെന്ന് ഓർമ്മയുണ്ടോ എന്ന് ക്ലാസ്സിനോട് ചോദിക്കുക. ചിത്രം 1 കാണിക്കുക. അവൻ തന്റെ പിതാവിനെ വഞ്ചിക്കുകയും സഹോദരന്റെ ജ്യേഷ്ഠാവകാശം ചതിയിലൂടെ കൈക്കലാക്കുകയും ചെയ്തു.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യാക്കോബ് ഏശാവിന്റെ അടുത്തേക്ക് ദൂതന്മാരെ അയച്ചു. അവർ കൊണ്ടുവന്ന വാർത്ത കേട്ട് അവൻ ഭയന്നു (വാ. 3-6): ഏശാവ് ഒരു സൈന്യത്തോടൊപ്പം അവനെ കാണാൻ വരുന്നുണ്ടായിരുന്നു.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ഇത് കേട്ടപ്പോൾ യാക്കോബ് തന്റെ കുടുംബത്തെ രണ്ടു സംഘങ്ങളായി വിഭജിച്ചു (വാ. 7-8).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പിന്നെ യാക്കോബ് പ്രാർത്ഥിച്ചു. തന്നെ സംരക്ഷിക്കുമെന്ന് ദൈവം വാഗ്ദാനം ചെയ്തിരുന്നത് അവൻ ദൈവത്തെ ഓർമ്മിപ്പിച്ചു. ദൈവത്തിന്റെ കൃപയ്ക്ക് താൻ യോഗ്യനല്ലെന്ന് അവൻ അറിഞ്ഞിരുന്നു (വാ. 10). ദൈവം തന്നോട് വിശ്വസ്തനും നല്ലവനും ആയിരുന്നു എന്ന് യാക്കോബ് ആദ്യമായി സമ്മതിച്ചത് ഇപ്പോഴാണ് (വാ. 9-12).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യാക്കോബ് തന്റെ സഹോദരനായ ഏശാവിനുവേണ്ടി സമ്മാനങ്ങൾ ഒരുക്കുകയും തന്റെ കുടുംബത്തെ സുരക്ഷിതമായ ഒരിടത്തേക്ക് അയയ്ക്കുകയും ചെയ്തു (വാ. 13-22).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യാക്കോബ് തനിച്ച് അവിടെ ശേഷിച്ചു. ആ രാത്രി, ഒരു അജ്ഞാത പുരുഷനുമായി അവൻ പ്രഭാതം വരെ മൽപ്പിടുത്തം നടത്തി. ചിത്രം 4 കാണിക്കുക. ആ പുരുഷൻ പോകുന്നതിനു മുമ്പ് യാക്കോബിന്റെ പേര് ഇസ്രായേൽ എന്നു മാറ്റി; അതിന്റെ അർത്ഥം: “അവൻ ദൈവത്തോടു പോരാടുന്നു.” താൻ ദൈവത്തെ നേരിട്ടു കണ്ടുമുട്ടി എന്ന് ഓർമ്മിപ്പിക്കാൻ യാക്കോബിന് ഒരു മുടന്ത് ശേഷിച്ചു (വാ. 23-31).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7.</w:t>
        <w:tab/>
      </w:r>
      <w:r>
        <w:rPr>
          <w:rFonts w:ascii="Nirmala UI" w:hAnsi="Nirmala UI" w:cs="Nirmala UI"/>
          <w:b w:val="0"/>
          <w:sz w:val="22"/>
        </w:rPr>
        <w:t xml:space="preserve">പിറ്റേന്ന് യാക്കോബ് ഏശാവിനെ കണ്ടുമുട്ടി; അവന്റെ വലിയ ആശ്ചര്യത്തിന്, ഏശാവ് അവനെ ഊഷ്മളമായി അഭിവാദ്യം ചെയ്തു (33:1-4).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 w:val="0"/>
          <w:sz w:val="22"/>
        </w:rPr>
        <w:t xml:space="preserve">യാക്കോബ് ഒരു പാപിയായിരുന്നിട്ടും ദൈവം അവനെ കൈവിട്ടില്ല.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തനിക്കു വേണ്ടത് നേടാൻ യാക്കോബ് ആളുകളെ കബളിപ്പിക്കുമായിരുന്നു. ഇത് ശരിയായ വഴിയല്ലെന്ന് അവൻ പഠിക്കേണ്ടിയിരുന്നു. സ്വന്തം തന്ത്രങ്ങളിൽ ആശ്രയിക്കുന്നതിനു പകരം അവന് ദൈവത്തിൽ ആശ്രയിക്കാമായിരുന്നു.</w:t>
      </w:r>
    </w:p>
    <w:p>
      <w:r>
        <w:rPr>
          <w:rFonts w:ascii="Nirmala UI" w:hAnsi="Nirmala UI" w:cs="Nirmala UI"/>
          <w:b w:val="0"/>
          <w:sz w:val="22"/>
        </w:rPr>
        <w:t xml:space="preserve">ദൈവം വിശ്വസ്തനാണെന്ന് കാണിച്ചുതന്ന നിങ്ങളുടെ സ്വന്തം അനുഭവത്തിൽ നിന്നുള്ള ഒരു കഥ പറയാമോ?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ആവർത്തിക്കുക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4 – Jacob Meets God Face to Face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4 – Jacob Meets God Face to Face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