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2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യാക്കോബിന്റെ സ്വപ്നം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2: ദൈവത്തിന്റെ ശക്തരായ പുരുഷന്മാർ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യാക്കോബ് ഒരു വഞ്ചകനായിരുന്നെങ്കിലും ദൈവം അവന്റെ അടുക്കൽ വന്ന് അവനെ മാറ്റിത്തുടങ്ങി എന്ന് കുട്ടികളെ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ഉല്പത്തി 27:1-45; 28:10-22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ഉല്പത്തി 28:15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ഞാൻ നിന്നോടുകൂടെ ഉണ്ട്; നീ പോകുന്നേടത്തെല്ലാം ഞാൻ നിന്നെ കാക്കും …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ചിത്രം 1 കാണിക്കുക. കഴിഞ്ഞയാഴ്ചത്തെ കഥ താഴെപ്പറയുന്നതുപോലുള്ള ചോദ്യങ്ങൾ ചോദിച്ച് ഓർമ്മിപ്പിക്കുക:</w:t>
      </w:r>
    </w:p>
    <w:p>
      <w:r>
        <w:rPr>
          <w:rFonts w:ascii="Nirmala UI" w:hAnsi="Nirmala UI" w:cs="Nirmala UI"/>
          <w:b w:val="0"/>
          <w:sz w:val="22"/>
        </w:rPr>
        <w:t xml:space="preserve">ചോ: ഈ രണ്ടു പുരുഷന്മാർ ആരാണ്? ഉ: ഏശാവും യാക്കോബും.</w:t>
      </w:r>
    </w:p>
    <w:p>
      <w:r>
        <w:rPr>
          <w:rFonts w:ascii="Nirmala UI" w:hAnsi="Nirmala UI" w:cs="Nirmala UI"/>
          <w:b w:val="0"/>
          <w:sz w:val="22"/>
        </w:rPr>
        <w:t xml:space="preserve">ചോ. ഏശാവ് ഉപജീവനത്തിന് എന്തു ചെയ്തു? ഉ: അവൻ വേട്ടക്കാരനായിരുന്നു.</w:t>
      </w:r>
    </w:p>
    <w:p>
      <w:r>
        <w:rPr>
          <w:rFonts w:ascii="Nirmala UI" w:hAnsi="Nirmala UI" w:cs="Nirmala UI"/>
          <w:b w:val="0"/>
          <w:sz w:val="22"/>
        </w:rPr>
        <w:t xml:space="preserve">ചോ: യാക്കോബ് ഏതുതരം ജോലി ചെയ്തു? ഉ: അവൻ വീട്ടുജോലികളിൽ സഹായിച്ചു.</w:t>
      </w:r>
    </w:p>
    <w:p>
      <w:r>
        <w:rPr>
          <w:rFonts w:ascii="Nirmala UI" w:hAnsi="Nirmala UI" w:cs="Nirmala UI"/>
          <w:b w:val="0"/>
          <w:sz w:val="22"/>
        </w:rPr>
        <w:t xml:space="preserve">ചോ: യാക്കോബ് എന്താണ് ആഗ്രഹിച്ചത്? ഉ: ആദ്യജാതൻ എന്ന നിലയിൽ ഏശാവിന്റെ അനുഗ്രഹം. ചോ: ഏശാവ് എന്താണ് ചോദിച്ചത്? ഉ: ഭക്ഷണം.</w:t>
      </w:r>
    </w:p>
    <w:p>
      <w:r>
        <w:rPr>
          <w:rFonts w:ascii="Nirmala UI" w:hAnsi="Nirmala UI" w:cs="Nirmala UI"/>
          <w:b w:val="0"/>
          <w:sz w:val="22"/>
        </w:rPr>
        <w:t xml:space="preserve">ചോ: യാക്കോബ് ഏതുതരം വ്യക്തിയായിരുന്നു? ഉ: അവൻ ഏശാവിനെയും തന്റെ പിതാവായ യിസ്ഹാക്കിനെയും വഞ്ചിച്ചു. </w:t>
      </w:r>
      <w:r>
        <w:rPr>
          <w:rFonts w:ascii="Nirmala UI" w:hAnsi="Nirmala UI" w:cs="Nirmala UI"/>
          <w:b/>
          <w:sz w:val="22"/>
        </w:rPr>
        <w:t xml:space="preserve">(“വഞ്ചിച്ചു” എന്നതിന്റെ അർത്ഥം വ്യക്തമാണെന്ന് ഉറപ്പാക്കുക.)</w:t>
      </w:r>
    </w:p>
    <w:p>
      <w:r>
        <w:rPr>
          <w:rFonts w:ascii="Nirmala UI" w:hAnsi="Nirmala UI" w:cs="Nirmala UI"/>
          <w:b w:val="0"/>
          <w:sz w:val="22"/>
        </w:rPr>
        <w:t xml:space="preserve">ചോ: ഏശാവും യാക്കോബും മനഃപാഠ വാക്യം അനുസരിച്ചോ? ഉ: ഇല്ല.</w:t>
      </w:r>
    </w:p>
    <w:p>
      <w:r>
        <w:rPr>
          <w:rFonts w:ascii="Nirmala UI" w:hAnsi="Nirmala UI" w:cs="Nirmala UI"/>
          <w:b/>
          <w:sz w:val="22"/>
        </w:rPr>
        <w:t xml:space="preserve">പാഠം 1-ലെ മനഃപാഠ വാക്യമായ സദൃശവാക്യങ്ങൾ 3:6 ഒന്നുകൂടി ഓർമ്മിപ്പിക്കുക.</w:t>
      </w:r>
    </w:p>
    <w:p>
      <w:pPr>
        <w:pStyle w:val="Heading2"/>
      </w:pPr>
      <w:r>
        <w:rPr>
          <w:rFonts w:ascii="Nirmala UI" w:hAnsi="Nirmala UI" w:cs="Nirmala UI"/>
        </w:rPr>
        <w:t xml:space="preserve">ഇന്നത്തെ പഠിപ്പിക്കലിലെ പ്രധാന കാര്യങ്ങൾ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/>
          <w:sz w:val="22"/>
        </w:rPr>
        <w:t xml:space="preserve">ഉല്പത്തി 27-ലെ കഥ നിങ്ങളുടെ സ്വന്തം വാക്കുകളിൽ പറഞ്ഞുകൊണ്ട് തുടങ്ങുക</w:t>
      </w:r>
      <w:r>
        <w:rPr>
          <w:rFonts w:ascii="Nirmala UI" w:hAnsi="Nirmala UI" w:cs="Nirmala UI"/>
          <w:b w:val="0"/>
          <w:sz w:val="22"/>
        </w:rPr>
        <w:t xml:space="preserve">; ഏശാവിന്റെയും യാക്കോബിന്റെയും പിതാവായ യിസ്ഹാക്ക് ഇപ്പോൾ വളരെ വൃദ്ധനായിരുന്നു. അവൻ അന്ധനായിത്തീർന്നിരുന്നു. മരിക്കുന്നതിനു മുമ്പ് മൂത്തമകനായ ഏശാവിന് തന്റെ അനുഗ്രഹം നൽകാൻ അവൻ ആഗ്രഹിച്ചു. അതുകൊണ്ട് അവൻ ഏശാവിനെ തന്റെ അടുക്കൽ വിളിച്ചു (27:1-4).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യിസ്ഹാക്ക് ഏശാവിനോടു സംസാരിക്കുന്നത് റിബെക്കാ കേട്ടു. യിസ്ഹാക്ക് ആഗ്രഹിച്ച വേട്ടമാംസം കൊണ്ടുവരാൻ ഏശാവ് പോയപ്പോൾ അവൾ യാക്കോബിനെ വിളിച്ച് ഏശാവിന്റെ സ്ഥാനത്ത് അനുഗ്രഹം സ്വീകരിക്കാൻ അവനെ ഒരുക്കി (27:5-17).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യാക്കോബ് പിതാവിന്റെ അടുക്കൽ ചെന്നു. താൻ ഏശാവ് ആണെന്ന് അവൻ നടിച്ചു. അവൻ യിസ്ഹാക്കിനെ വഞ്ചിച്ച്, രണ്ടാമത്തെ മകനായിരുന്നിട്ടും ആദ്യജാതന്റെ അനുഗ്രഹം വാങ്ങി (27:18-29).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ഏശാവ് വേട്ട കഴിഞ്ഞു മടങ്ങിവന്ന് പിതാവിനെ കാണാൻ ചെന്നു. തനിക്കു ലഭിക്കേണ്ടിയിരുന്ന അനുഗ്രഹം യാക്കോബിന് ലഭിച്ചു എന്നു കേട്ടപ്പോൾ അവന് വലിയ ദേഷ്യവും ദുഃഖവും ഉണ്ടായി (27:30-41).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യാക്കോബിന് പോകേണ്ടിവന്നു. പിതാവിനെയും സഹോദരനെയും വഞ്ചിച്ച ശേഷം അവിടെ താമസിക്കുന്നത് അവന് സുരക്ഷിതമായിരുന്നില്ല. അവൻ തന്റെ അമ്മയുടെ സഹോദരനായ ലാബാന്റെ അടുത്തു ചെന്ന് താമസിക്കണമായിരുന്നു (27:42-44).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6.</w:t>
        <w:tab/>
      </w:r>
      <w:r>
        <w:rPr>
          <w:rFonts w:ascii="Nirmala UI" w:hAnsi="Nirmala UI" w:cs="Nirmala UI"/>
          <w:b w:val="0"/>
          <w:sz w:val="22"/>
        </w:rPr>
        <w:t xml:space="preserve">യാക്കോബ് യാത്ര പുറപ്പെട്ടു. രാത്രിയിൽ വിശ്രമിക്കുമ്പോൾ ദൈവം ഒരു സ്വപ്നത്തിൽ അവനോടു സംസാരിച്ചു (28:10-15). ചിത്രം 2 കാണിക്കുക.</w:t>
      </w:r>
    </w:p>
    <w:p>
      <w:pPr>
        <w:ind w:left="567"/>
      </w:pPr>
      <w:r>
        <w:rPr>
          <w:rFonts w:ascii="Nirmala UI" w:hAnsi="Nirmala UI" w:cs="Nirmala UI"/>
          <w:b w:val="0"/>
          <w:sz w:val="22"/>
        </w:rPr>
        <w:t xml:space="preserve">യാക്കോബ് ഒരു വഞ്ചകനും വളരെ ദുഷ്ടമായ ഒരു കാര്യം ചെയ്തവനും ആയിരുന്നിട്ടും ദൈവത്തിലേക്കുള്ള വഴി അവനു തുറന്നിരുന്നു (വാ. 12). ദൈവം യാക്കോബിന് ഒരു വാഗ്ദാനം നൽകി; അതാണ് ഇന്നത്തെ മനഃപാഠ വാക്യം.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7.</w:t>
        <w:tab/>
      </w:r>
      <w:r>
        <w:rPr>
          <w:rFonts w:ascii="Nirmala UI" w:hAnsi="Nirmala UI" w:cs="Nirmala UI"/>
          <w:b w:val="0"/>
          <w:sz w:val="22"/>
        </w:rPr>
        <w:t xml:space="preserve">യാക്കോബ് ഉണർന്നപ്പോൾ, താൻ പോകുന്നേടത്തെല്ലാം ദൈവം കൂടെയുണ്ടാകും എന്ന് അവൻ അറിഞ്ഞു. തനിക്കുള്ളതെല്ലാം കൊണ്ട് ദൈവത്തെ ആരാധിക്കാമെന്നും സേവിക്കാമെന്നും അവൻ വാക്കുകൊടുത്തു. ദൈവം ആ സ്ഥലത്തുവച്ച് തന്നെ കണ്ടുമുട്ടി എന്ന് ഓർക്കാൻ അവൻ ഒരു കല്ല് നാട്ടി (28:16-22).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യാക്കോബ് തെറ്റു ചെയ്തിരുന്നു; എങ്കിലും ദൈവം അവനോടു സംസാരിച്ചു. നാം തെറ്റു ചെയ്താലും ദൈവം നമ്മെ കൈവിടുകയില്ല. ദൈവം സംസാരിച്ച ശേഷം യാക്കോബ് തന്റെ വഴികൾ മാറ്റാൻ ആഗ്രഹിച്ചു. നാം കർത്താവിന്റെ അനുയായികളായിത്തീർന്നശേഷം നമ്മുടെ വഴികൾ മാറ്റണമെന്ന് അവനും പ്രതീക്ഷിക്കുന്നു. </w:t>
      </w:r>
      <w:r>
        <w:rPr>
          <w:rFonts w:ascii="Nirmala UI" w:hAnsi="Nirmala UI" w:cs="Nirmala UI"/>
          <w:b/>
          <w:sz w:val="22"/>
        </w:rPr>
        <w:t xml:space="preserve">നമ്മുടെ ജീവിതത്തിൽ ഏതുതരം പെരുമാറ്റങ്ങൾ മാറേണ്ടതുണ്ട് എന്നതിന് ഉദാഹരണങ്ങൾ പറയുക. കള്ളം പറയുന്നതും ചതിക്കുന്നതും പോലെ, ഇന്നത്തെ കഥ കുട്ടികളെ ഓർമ്മിപ്പിക്കുന്ന കാര്യങ്ങൾ നിർദ്ദേശിക്കുക.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ആവർത്തിക്കുക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2 – Jacob’s Dream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2 – Jacob’s Dream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