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23</w:t>
      </w:r>
    </w:p>
    <w:p>
      <w:pPr>
        <w:keepNext/>
        <w:spacing w:after="40"/>
      </w:pPr>
      <w:r>
        <w:rPr>
          <w:rFonts w:ascii="Nirmala UI" w:hAnsi="Nirmala UI" w:cs="Nirmala UI"/>
          <w:b/>
          <w:color w:val="1F4E79"/>
          <w:sz w:val="52"/>
        </w:rPr>
        <w:t xml:space="preserve">യേശു നമുക്കുവേണ്ടി മരിച്ചു</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1: ദൈവത്തോടൊപ്പം ആരംഭം</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നമ്മെ വീണ്ടെടുക്കാൻ വന്നു എന്ന്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ഗലാത്യർ 3:13-14; യോഹന്നാൻ 18:12-14; 19:16-37</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ഗലാത്യർ 2:20</w:t>
            </w:r>
          </w:p>
          <w:p>
            <w:pPr>
              <w:spacing w:after="40"/>
            </w:pPr>
            <w:r>
              <w:rPr>
                <w:rFonts w:ascii="Nirmala UI" w:hAnsi="Nirmala UI" w:cs="Nirmala UI"/>
                <w:b w:val="0"/>
                <w:i/>
                <w:sz w:val="22"/>
              </w:rPr>
              <w:t xml:space="preserve">ഞാൻ ദൈവപുത്രനിലുള്ള വിശ്വാസത്താൽ ജീവിക്കുന്നു; അവൻ എന്നെ സ്നേഹിച്ച് എനിക്കുവേണ്ടി തന്നെത്താൻ ഏല്പിച്ചുകൊടുത്തു.</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തങ്ങളുടെ ഏറ്റവും വിലയേറിയ സ്വത്ത് എന്താണെന്ന് കുട്ടികളോട് ചോദിക്കുക. നിങ്ങളുടേത് അവരെ കാണിക്കുകയോ അതിനെക്കുറിച്ച് പറയുകയോ ചെയ്യുക – നഷ്ടപ്പെട്ടാൽ നിങ്ങൾക്ക് വളരെ ദുഃഖം തോന്നുന്ന ഒന്ന്.</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ദൈവം തന്റെ ഏറ്റവും വിലയേറിയ പുത്രനെ നമുക്കുവേണ്ടി ഈ ലോകത്തിലേക്ക് അയച്ചു. </w:t>
      </w:r>
      <w:r>
        <w:rPr>
          <w:rFonts w:ascii="Nirmala UI" w:hAnsi="Nirmala UI" w:cs="Nirmala UI"/>
          <w:b/>
          <w:sz w:val="22"/>
        </w:rPr>
        <w:t xml:space="preserve">ചിത്രം 22 കാണിക്കുക. ചിത്രത്തെക്കുറിച്ചുള്ള ചോദ്യങ്ങളിലൂടെ പാഠം 22 ചുരുക്കമായി ആവർത്തിക്കുക. </w:t>
      </w:r>
      <w:r>
        <w:rPr>
          <w:rFonts w:ascii="Nirmala UI" w:hAnsi="Nirmala UI" w:cs="Nirmala UI"/>
          <w:b w:val="0"/>
          <w:sz w:val="22"/>
        </w:rPr>
        <w:t xml:space="preserve">ദൈവം യേശുക്രിസ്തുവിൽ രക്ഷയുടെ തന്റെ വാഗ്ദാനം നിറവേറ്റി.</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യേശു വളർന്ന് ഒരു മനുഷ്യനായി. അവൻ ആളുകളെ ദൈവത്തിന്റെ വഴികൾ പഠിപ്പിച്ചു. താൻ യഥാർത്ഥത്തിൽ ദൈവത്തിൽ നിന്നുള്ളവനാണെന്ന് കാണിക്കാൻ അവൻ അനേകം അത്ഭുതങ്ങൾ ചെയ്തു. എന്നാൽ അനേകർ അവനെ വിശ്വസിക്കാൻ വിസമ്മതിച്ചു. മതനേതാക്കൾ അവനെ അറസ്റ്റ് ചെയ്യിച്ച് പടയാളികളെക്കൊണ്ട് കൊണ്ടുപോകിച്ചു (യോഹ 18:12-14).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ദൈവപുത്രനായ യേശുവിനെ ഒരാളെ കൊല്ലാനുള്ള ഏറ്റവും ക്രൂരമായ വഴികളിൽ ഒന്നായ ക്രൂശീകരണത്താൽ കൊന്നു. അവർ യേശുവിനെ ഒരു മരക്കുരിശിൽ കിടത്തി അവന്റെ കൈകളും കാലുകളും അതിൽ ആണിയടിച്ചു. പിന്നെ അവർ കുരിശ് നേരെ ഉയർത്തി അവൻ മരിക്കുന്നതുവരെ തൂങ്ങിക്കിടക്കാൻ അനുവദിച്ചു. അവന്റെ സുഹൃത്തുക്കൾ അവന്റെ ശരീരം കുരിശിൽ നിന്ന് ഇറക്കുന്നതിനു മുമ്പ്, അവൻ യഥാർത്ഥത്തിൽ മരിച്ചു എന്ന് ഉറപ്പാക്കാൻ ഒരു പടയാളി കുന്തംകൊണ്ട് യേശുവിന്റെ വിലാപ്പുറത്ത് കുത്തി (യോഹ 19:16-17, 23-24, 31-37).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sz w:val="22"/>
        </w:rPr>
        <w:t xml:space="preserve">ചിത്രം 20 കാണിക്കുക. </w:t>
      </w:r>
      <w:r>
        <w:rPr>
          <w:rFonts w:ascii="Nirmala UI" w:hAnsi="Nirmala UI" w:cs="Nirmala UI"/>
          <w:b w:val="0"/>
          <w:sz w:val="22"/>
        </w:rPr>
        <w:t xml:space="preserve">ദൈവം ഇസഹാക്കിനെ യാഗമായി വിട്ടുകൊടുക്കാൻ ആവശ്യപ്പെട്ട് അബ്രാഹാമിനെ പരീക്ഷിച്ചപ്പോൾ അബ്രാഹാം അനുസരിച്ചു; ദൈവം ഇസഹാക്കിനു പകരം ഒരു ആടിനെ നൽകി. അതുപോലെ, നമ്മുടെ സ്ഥാനത്ത് മരിക്കാൻ ദൈവം യേശുവിനെ ദൈവത്തിന്റെ കുഞ്ഞാടായി നൽകി. തന്റെ ഏകമകനെ വിട്ടുകൊടുക്കേണ്ടിവരുന്ന ദുഃഖത്തിൽ നിന്ന് ദൈവം അബ്രാഹാമിനെ ഒഴിവാക്കി; എന്നാൽ ദൈവം തന്നെ നമുക്കുവേണ്ടി തന്റെ ഏകപുത്രനെ വിട്ടുകൊടുത്തു! </w:t>
      </w:r>
      <w:r>
        <w:rPr>
          <w:rFonts w:ascii="Nirmala UI" w:hAnsi="Nirmala UI" w:cs="Nirmala UI"/>
          <w:b/>
          <w:sz w:val="22"/>
        </w:rPr>
        <w:t xml:space="preserve">ചിത്രം 3 കാണിക്കുക</w:t>
      </w:r>
      <w:r>
        <w:rPr>
          <w:rFonts w:ascii="Nirmala UI" w:hAnsi="Nirmala UI" w:cs="Nirmala UI"/>
          <w:b w:val="0"/>
          <w:sz w:val="22"/>
        </w:rPr>
        <w:t xml:space="preserve">. ആദാമും ഹവ്വയും ദൈവത്തെ അനുസരിക്കാതിരുന്നപ്പോൾ അവർ പാപം ചെയ്തു എന്ന് നാം പറയുന്നു. നാമെല്ലാവരും പാപികളാണ്. നമുക്ക് ക്ഷമ ലഭിച്ച് അവനോടൊപ്പം എന്നേക്കും ജീവിക്കാൻ കഴിയേണ്ടതിന് നമ്മെ നമ്മുടെ പാപത്തിൽ നിന്ന് വീണ്ടെടുക്കാൻ ദൈവം യേശുവിനെ അയച്ചു.</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ഒരു ആൺകുട്ടി മനോഹരമായ ഒരു തകര കാർ ഉണ്ടാക്കിയതിനെക്കുറിച്ചുള്ള ഒരു കഥ ക്ലാസ്സിനോട് പറയുക. </w:t>
      </w:r>
      <w:r>
        <w:rPr>
          <w:rFonts w:ascii="Nirmala UI" w:hAnsi="Nirmala UI" w:cs="Nirmala UI"/>
          <w:b w:val="0"/>
          <w:sz w:val="22"/>
        </w:rPr>
        <w:t xml:space="preserve">ഒരു ദിവസം അത് നഷ്ടപ്പെട്ടു. കുറച്ച് ആഴ്ചകൾക്കുശേഷം അവൻ അത് ഒരു കടയിൽ കണ്ടു. അത് തന്റേതാണെന്ന് കടക്കാരനോട് പറയാൻ അവൻ ചെന്നു. പണം കൊടുത്താൽ മാത്രമേ അത് എടുക്കാവൂ എന്ന് കടക്കാരൻ പറഞ്ഞു. അതിനാൽ ആൺകുട്ടി പണം സ്വരൂപിച്ച് തന്റെ സ്വന്തം കാർ തിരികെ വാങ്ങി. ഇപ്പോൾ ആ കാർ രണ്ടു തവണ തന്റേതാണെന്ന് അവൻ പറഞ്ഞു: അവൻ അത് ഉണ്ടാക്കി, അവൻ അത് വാങ്ങി.</w:t>
      </w:r>
    </w:p>
    <w:p>
      <w:r>
        <w:rPr>
          <w:rFonts w:ascii="Nirmala UI" w:hAnsi="Nirmala UI" w:cs="Nirmala UI"/>
          <w:b w:val="0"/>
          <w:sz w:val="22"/>
        </w:rPr>
        <w:t xml:space="preserve">ദൈവം നമ്മെ ഉണ്ടാക്കി. യേശു നമ്മെ ദൈവവുമായി വീണ്ടും ഒരുമിപ്പിച്ചു. നമുക്കുവേണ്ടി മരിച്ചതിലൂടെ അവൻ നമ്മെ വീണ്ടെടുത്തു, അഥവാ ദൈവത്തിന് സ്വന്തമാകാൻ തിരികെ വാങ്ങി. </w:t>
      </w:r>
      <w:r>
        <w:rPr>
          <w:rFonts w:ascii="Nirmala UI" w:hAnsi="Nirmala UI" w:cs="Nirmala UI"/>
          <w:b/>
          <w:sz w:val="22"/>
        </w:rPr>
        <w:t xml:space="preserve">യേശു നമുക്കുവേണ്ടി ചെയ്തതിന് അവന് നന്ദി പറയുന്ന പ്രാർത്ഥനയിൽ കുട്ടികളെ നയിക്കുക.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23 – Jesus Died for Us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23 – Jesus Died for Us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