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ഇസഹാക്കിന് ഒരു ഭാര്യയെ കണ്ടെത്തുന്നു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 ദൈവത്തിൽ ആശ്രയിക്കുമ്പോൾ ദൈവം നമ്മെ വ്യക്തമായി നയിക്കുന്നു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24:1-31; 24:50-67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ഉല്പത്തി 24:27</w:t>
            </w:r>
          </w:p>
          <w:p>
            <w:pPr>
              <w:spacing w:after="40"/>
            </w:pPr>
            <w:r>
              <w:rPr>
                <w:rFonts w:ascii="Nirmala UI" w:hAnsi="Nirmala UI" w:cs="Nirmala UI"/>
                <w:b w:val="0"/>
                <w:i/>
                <w:sz w:val="22"/>
              </w:rPr>
              <w:t xml:space="preserve">“യഹോവ വാഴ്ത്തപ്പെടട്ടെ … അവൻ തന്റെ ദയയും വിശ്വസ്തതയും ഉപേക്ഷിച്ചിട്ടില്ല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വിവാഹത്തിനായി തങ്ങളുടെ കുടുംബങ്ങൾ ചെയ്യുന്ന ഒരുക്കങ്ങളെക്കുറിച്ച് പറയാൻ കുട്ടികളോട് ആവശ്യപ്പെടുക.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അബ്രാഹാം ഇപ്പോൾ വളരെ വൃദ്ധനായിരുന്നു; അവന്റെ മകൻ ഇസഹാക്ക് ഇപ്പോഴും അവിവാഹിതനായിരുന്നു. അതിനാൽ അവൻ തന്റെ വിശ്വസ്തനായ ദാസനെ വിളിച്ച് ഇസഹാക്കിന് ഒരു ഭാര്യയെ കണ്ടെത്താൻ പറഞ്ഞു. അബ്രാഹാം വന്ന ദേശത്തേക്ക് ദാസന് ഒരു ദൂരയാത്ര ചെയ്യേണ്ടിയിരുന്നു. കാരണം ഇസഹാക്ക് വാഗ്ദത്തദേശം വിട്ടുപോകുന്നത് അബ്രാഹാം ആഗ്രഹിച്ചില്ല; എന്നാൽ തങ്ങൾ താമസിക്കുന്ന വിജാതീയ ഗോത്രങ്ങളിൽ നിന്ന് അവൻ ഭാര്യയെ എടുക്കുന്നതും അവൻ ആഗ്രഹിച്ചില്ല. തന്റെ യജമാനന്റെ നിർദ്ദേശങ്ങൾ പാലിക്കും എന്ന് ഒരു പ്രത്യേക ശപഥം ചെയ്യാൻ അബ്രാഹാം ദാസനെ ആക്കി. </w:t>
      </w:r>
      <w:r>
        <w:rPr>
          <w:rFonts w:ascii="Nirmala UI" w:hAnsi="Nirmala UI" w:cs="Nirmala UI"/>
          <w:b/>
          <w:sz w:val="22"/>
        </w:rPr>
        <w:t xml:space="preserve">ചിത്രം 21 കാണിക്കുക</w:t>
      </w:r>
      <w:r>
        <w:rPr>
          <w:rFonts w:ascii="Nirmala UI" w:hAnsi="Nirmala UI" w:cs="Nirmala UI"/>
          <w:b w:val="0"/>
          <w:sz w:val="22"/>
        </w:rPr>
        <w:t xml:space="preserve">. ദാസന്റെ അന്വേഷണത്തിൽ ദൈവം അവനെ നയിക്കും എന്നും അബ്രാഹാം അവനോട് പറഞ്ഞു (24:1-9).</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ദാസൻ സമ്മാനങ്ങൾ കയറ്റിയ അബ്രാഹാമിന്റെ 10 ഒട്ടകങ്ങളെ കൂട്ടി. അവൻ നാഹോരിന്റെ പട്ടണത്തിലേക്ക് യാത്ര ചെയ്ത്, ഇസഹാക്കിന് ശരിയായ ഭാര്യയെ കണ്ടെത്താൻ തന്നെ നയിക്കണമെന്ന് ദൈവത്തോട് അപേക്ഷിച്ചു (24:10-14).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ദാസൻ നഗരത്തിന് പുറത്തുള്ള കിണറ്റിനരികെ തന്റെ ഒട്ടകങ്ങളെ വിശ്രമിപ്പിക്കുമ്പോൾ, റിബെക്കാ എന്ന സുന്ദരിയായ ഒരു യുവതി തന്റെ കുടുംബത്തിനായി വെള്ളം കോരാൻ വന്നു. അവൾ സന്തോഷത്തോടെ അബ്രാഹാമിന്റെ ദാസനും അവന്റെ ഒട്ടകങ്ങൾക്കും വെള്ളം കോരിക്കൊടുത്തു. അപ്പോൾ അവളാണ് ഇസഹാക്കിന് ശരിയായ ഭാര്യ എന്ന് ദാസൻ മനസ്സിലാക്കി (24:15-21).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ദാസൻ റിബെക്കായുടെ കുടുംബത്തെ കാണാൻ ചെന്നപ്പോൾ, അവൾ അബ്രാഹാമിന്റെ സ്വന്തം സഹോദരന്റെ മകളാണെന്ന് അവൻ കണ്ടെത്തി! തന്നെ നയിച്ചതിനും തന്റെ പ്രാർത്ഥനയ്ക്ക് ഉത്തരം നൽകിയതിനും അവൻ ദൈവത്തെ സ്തുതിച്ചു (24:22-27).</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അബ്രാഹാമിന്റെ ദാസനെ റിബെക്കായുടെ വീട്ടിലേക്ക് സ്വാഗതം ചെയ്തു; വിവാഹ ഏർപ്പാടുകൾ ഉടൻ ചെയ്തു (24:28-31, 50-61). ദൈവത്തിന്റെ വിശ്വസ്തമായ വഴിനടത്തലിന് ദാസൻ ആവർത്തിച്ച് നന്ദി പറഞ്ഞു.</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അങ്ങനെയാണ് റിബെക്കാ ഇസഹാക്കിന്റെ ഭാര്യയായത് (24:62-67).</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അബ്രാഹാം 175-ാം വയസ്സിൽ മരിച്ചു. തന്റെ ജീവിതകാലം മുഴുവൻ തന്നെ നയിക്കാൻ അവൻ ദൈവത്തിൽ ആശ്രയിച്ചു. തന്നെ അനുഗമിക്കാൻ ദൈവം അബ്രാഹാമിനെ വിളിച്ചു; വാഗ്ദാനം ചെയ്തതുപോലെ അവൻ അബ്രാഹാമിനെയും അവന്റെ സന്തതികളെയും അനുഗ്രഹിച്ചു.</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ദൈവത്തിന്റെ സഹായമില്ലാതെ അബ്രാഹാമിന്റെ നിർദ്ദേശങ്ങൾ നിറവേറ്റാൻ തനിക്ക് കഴിയില്ലെന്ന് അറിഞ്ഞിരുന്ന ഈ ദാസന്റെ മാതൃകയിൽ നിന്ന് നമുക്ക് പഠിക്കാം. അതിനാൽ അവൻ പ്രാർത്ഥിച്ചു; പിന്നെ ദൈവത്തിന്റെ വിശ്വസ്തമായ വഴിനടത്തലിന് ആവർത്തിച്ച് നന്ദി പറഞ്ഞു. ദൈവം തന്നെ എങ്ങനെ നയിച്ചു എന്ന് അവൻ മറ്റുള്ളവരോടും പറഞ്ഞു.</w:t>
      </w:r>
    </w:p>
    <w:p>
      <w:r>
        <w:rPr>
          <w:rFonts w:ascii="Nirmala UI" w:hAnsi="Nirmala UI" w:cs="Nirmala UI"/>
          <w:b/>
          <w:sz w:val="22"/>
        </w:rPr>
        <w:t xml:space="preserve">നിങ്ങളുടെ സ്വന്തം ജീവിതത്തിൽ ദൈവത്തിന്റെ വഴിനടത്തലിന്റെ ഒരു ഉദാഹരണം പങ്കുവയ്ക്കുക.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Finding a Wife for Isaac</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Finding a Wife for Isaac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