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20</w:t>
      </w:r>
    </w:p>
    <w:p>
      <w:pPr>
        <w:keepNext/>
        <w:spacing w:after="40"/>
      </w:pPr>
      <w:r>
        <w:rPr>
          <w:rFonts w:ascii="Nirmala UI" w:hAnsi="Nirmala UI" w:cs="Nirmala UI"/>
          <w:b/>
          <w:color w:val="1F4E79"/>
          <w:sz w:val="52"/>
        </w:rPr>
        <w:t xml:space="preserve">ദൈവം അബ്രാഹാമിനെ പരീക്ഷിക്കുന്നു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അബ്രാഹാമിന്റെ വിശ്വാസം പരീക്ഷിച്ചു എന്ന് കുട്ടികളെ പഠിപ്പിക്കുക. അബ്രാഹാം ദൈവത്തിൽ ആശ്രയിച്ചതിനാൽ ദൈവത്തിന്റെ അനുഗ്രഹത്തിലും അവന് ആശ്രയിക്കാൻ കഴിഞ്ഞു.</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21:1-8; 22:1-19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ഉല്പത്തി 15:6</w:t>
            </w:r>
          </w:p>
          <w:p>
            <w:pPr>
              <w:spacing w:after="40"/>
            </w:pPr>
            <w:r>
              <w:rPr>
                <w:rFonts w:ascii="Nirmala UI" w:hAnsi="Nirmala UI" w:cs="Nirmala UI"/>
                <w:b w:val="0"/>
                <w:i/>
                <w:sz w:val="22"/>
              </w:rPr>
              <w:t xml:space="preserve">അബ്രാം യഹോവയെ വിശ്വസിച്ചു; അത് അവന് നീതിയായി കണക്കിട്ടു.</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മാതാപിതാക്കൾ എപ്പോഴെങ്കിലും വളരെ ബുദ്ധിമുട്ടുള്ള എന്തെങ്കിലും ചെയ്യാൻ ആവശ്യപ്പെട്ടിട്ടുണ്ടോ എന്ന് കുട്ടികളോട് ചോദിക്കുക. അധ്യാപകനായ നിങ്ങൾക്ക് ചെയ്യേണ്ടിവന്ന വളരെ ബുദ്ധിമുട്ടുള്ള എന്തെങ്കിലും ക്ലാസ്സിനോട് പറയുക.</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വളരെ വളരെ ബുദ്ധിമുട്ടുള്ള ഒരു കാര്യം ചെയ്യാൻ ദൈവം അബ്രാഹാമിനോട് ആവശ്യപ്പെട്ടു. അബ്രാഹാമിനും സാറായ്ക്കും ഒരേയൊരു കുഞ്ഞ്, അവരുടെ മകൻ ഇസഹാക്ക്, മാത്രമേ ഉണ്ടായിരുന്നുള്ളൂ. അവൻ വളരെ വിശേഷപ്പെട്ടവനായിരുന്നു. അബ്രാഹാമിനും സാറായ്ക്കും ഒരു കുഞ്ഞ് ഉണ്ടാകുന്നത് അസാധ്യമെന്നു തോന്നത്തക്കവിധം അവർ വൃദ്ധരായിരിക്കെയാണ് അവൻ ജനിച്ചത്. </w:t>
      </w:r>
      <w:r>
        <w:rPr>
          <w:rFonts w:ascii="Nirmala UI" w:hAnsi="Nirmala UI" w:cs="Nirmala UI"/>
          <w:b/>
          <w:sz w:val="22"/>
        </w:rPr>
        <w:t xml:space="preserve">ചിത്രം 18 കാണിക്കുക</w:t>
      </w:r>
      <w:r>
        <w:rPr>
          <w:rFonts w:ascii="Nirmala UI" w:hAnsi="Nirmala UI" w:cs="Nirmala UI"/>
          <w:b w:val="0"/>
          <w:sz w:val="22"/>
        </w:rPr>
        <w:t xml:space="preserve">. തനിക്ക് ഒരു കുഞ്ഞ് ഉണ്ടാകുമെന്ന് ദൈവത്തിന്റെ സന്ദേശവാഹകൻ പറയുന്നത് ഒളിച്ചുകേട്ടപ്പോൾ സാറാ ചിരിച്ചത് ഓർക്കുന്നുണ്ടോ? (18:10-12).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ഇസഹാക്ക് ഒരു ചെറിയ ആൺകുട്ടിയായിരുന്നപ്പോൾ ദൈവം അബ്രാഹാമിന് പ്രത്യേക നിർദ്ദേശങ്ങൾ നൽകി. ഇസഹാക്കിനെ ഒരു യാഗമായി തനിക്ക് തിരികെ നൽകാൻ ദൈവം അബ്രാഹാമിനോട് ആവശ്യപ്പെട്ടു. അബ്രാഹാം ഇസഹാക്കിനെ വളരെയധികം സ്നേഹിച്ചിരുന്നു (22:1-2).</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ഒരുക്കങ്ങൾ, മൂന്നു ദിവസത്തെ യാത്ര, ഇസഹാക്കിന്റെ ചോദ്യം, ദൈവത്തിലുള്ള ആശ്രയത്തോടെയുള്ള അബ്രാഹാമിന്റെ ഉത്തരം എന്നിവ വിവരിക്കുക (22:3-8).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അബ്രാഹാമും ഇസഹാക്കും ചേർന്ന് യാഗപീഠം ഒരുക്കി. </w:t>
      </w:r>
      <w:r>
        <w:rPr>
          <w:rFonts w:ascii="Nirmala UI" w:hAnsi="Nirmala UI" w:cs="Nirmala UI"/>
          <w:b/>
          <w:sz w:val="22"/>
        </w:rPr>
        <w:t xml:space="preserve">ചിത്രം 20 കാണിക്കുക. </w:t>
      </w:r>
      <w:r>
        <w:rPr>
          <w:rFonts w:ascii="Nirmala UI" w:hAnsi="Nirmala UI" w:cs="Nirmala UI"/>
          <w:b w:val="0"/>
          <w:sz w:val="22"/>
        </w:rPr>
        <w:t xml:space="preserve">പിന്നെ അബ്രാഹാം ഇസഹാക്കിനെ യാഗം കഴിക്കാൻ ഒരുങ്ങി (22:9-10).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അവസാന നിമിഷം ദൈവത്തിന്റെ ദൂതൻ നിർത്താൻ അബ്രാഹാമിനോട് പറഞ്ഞു (22:11-12). അബ്രാഹാം മറ്റെല്ലാറ്റിനും ഉപരിയായി ദൈവത്തെ സ്നേഹിക്കുകയും വിശ്വസിക്കുകയും ചെയ്തു; അതുകൊണ്ടാണ് താൻ സ്നേഹിച്ച തന്റെ മകൻ ഇസഹാക്കിനെ ദൈവത്തിനു വിട്ടുകൊടുക്കാൻ അവന് കഴിഞ്ഞത്.</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പിന്നെ ദൈവം തന്നെ നൽകിയ ഒരു ആടിനെ യാഗം കഴിക്കാൻ ദൈവം അബ്രാഹാമിനോട് നിർദ്ദേശിച്ചു (22:13-14).</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അബ്രാഹാം ദൈവത്തിൽ വിശ്വാസമുണ്ടെന്ന് കാണിച്ചു; തന്നിൽ ആശ്രയിക്കുന്നവരെ ദൈവം വളരെയധികം അനുഗ്രഹിക്കുന്നു എന്ന് ദൈവവും കാണിച്ചു (22:15-18).</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പിന്നീട് അബ്രാഹാം തന്റെ പ്രിയപുത്രനെ ഇപ്പോഴും കൂടെ നിർത്തി വീട്ടിലേക്ക് മടങ്ങി (22:19).</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ചിത്രം 20 വീണ്ടും കാണിക്കുക. </w:t>
      </w:r>
      <w:r>
        <w:rPr>
          <w:rFonts w:ascii="Nirmala UI" w:hAnsi="Nirmala UI" w:cs="Nirmala UI"/>
          <w:b w:val="0"/>
          <w:sz w:val="22"/>
        </w:rPr>
        <w:t xml:space="preserve">ദൈവം നമ്മെ വളരെയധികം സ്നേഹിച്ചതിനാൽ നമുക്കുവേണ്ടി യാഗമാകാൻ തന്റെ ഏകപുത്രനായ യേശുക്രിസ്തുവിനെ നൽകി. വാസ്തവത്തിൽ, യേശുവിന്റെ നാമങ്ങളിൽ ഒന്ന് “ദൈവത്തിന്റെ കുഞ്ഞാട്” എന്നാണ്!</w:t>
      </w:r>
    </w:p>
    <w:p>
      <w:r>
        <w:rPr>
          <w:rFonts w:ascii="Nirmala UI" w:hAnsi="Nirmala UI" w:cs="Nirmala UI"/>
          <w:b w:val="0"/>
          <w:sz w:val="22"/>
        </w:rPr>
        <w:t xml:space="preserve">അബ്രാഹാം ചെയ്തതായി മനഃപാഠ വാക്യം പറയുന്നത് ഞങ്ങൾ ചെയ്യണമെന്ന് ദൈവം ആഗ്രഹിക്കുന്നു.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20 – God Puts Abraham to the Test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20 – God Puts Abraham to the Test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