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19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അബ്രാഹാം സൊദോമിനുവേണ്ടി പ്രാർത്ഥിക്കുന്നു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1: ദൈവത്തോടൊപ്പം ആരംഭം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ദൈവം കരുണയുള്ളവനാണെങ്കിലും, പരിശുദ്ധനായ ദൈവത്തിൽ നിന്ന് പാപം ന്യായവിധി ആവശ്യപ്പെടുന്നു എന്ന് കുട്ടികളെ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ഉല്പത്തി 18:16-33; 19:1-29; യെഹെസ്കേൽ 33:11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ഉല്പത്തി 18:25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“സർവ്വഭൂമിയുടെയും ന്യായാധിപതി നീതി പ്രവർത്തിക്കയില്ലയോ?”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ഈ ആഴ്ച വീട്ടിൽ സന്ദർശകർ ഉണ്ടായിരുന്നവർ കൈ ഉയർത്താൻ കുട്ടികളോട് പറയുക. സന്ദർശകർ എന്തിനാണ് വന്നതെന്ന് അവർ ക്ലാസ്സിനോട് പറയട്ടെ.</w:t>
      </w:r>
    </w:p>
    <w:p>
      <w:pPr>
        <w:pStyle w:val="Heading2"/>
      </w:pPr>
      <w:r>
        <w:rPr>
          <w:rFonts w:ascii="Nirmala UI" w:hAnsi="Nirmala UI" w:cs="Nirmala UI"/>
        </w:rPr>
        <w:t xml:space="preserve">ഇന്നത്തെ പഠിപ്പിക്കലിലെ പ്രധാന കാര്യങ്ങൾ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/>
          <w:sz w:val="22"/>
        </w:rPr>
        <w:t xml:space="preserve">ചിത്രം 18 കാണിക്കുക. </w:t>
      </w:r>
      <w:r>
        <w:rPr>
          <w:rFonts w:ascii="Nirmala UI" w:hAnsi="Nirmala UI" w:cs="Nirmala UI"/>
          <w:b w:val="0"/>
          <w:sz w:val="22"/>
        </w:rPr>
        <w:t xml:space="preserve">ദൈവത്തിന്റെ സന്ദേശവാഹകർ അബ്രാഹാമിനെ സന്ദർശിച്ച് ഒരു സന്തോഷവാർത്ത കൊണ്ടുവന്നു. അബ്രാഹാമിനും സാറായ്ക്കും സ്വന്തമായ ഒരു മകൻ ഉണ്ടാകുമെന്ന് അവർ പറഞ്ഞു. എന്നാൽ അവർ ഒരു ദുഃഖവാർത്തയും കൊണ്ടുവന്നു. അത് അബ്രാഹാമിനോട് പറയണമോ എന്ന് അവർ സംശയിക്കത്തക്കവിധം അത്ര ദുഃഖകരമായിരുന്നു (18:17).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അബ്രാഹാം സന്ദർശകരോടൊപ്പം അവരുടെ യാത്രയിൽ കുറച്ചു ദൂരം ചെന്നു. </w:t>
      </w:r>
      <w:r>
        <w:rPr>
          <w:rFonts w:ascii="Nirmala UI" w:hAnsi="Nirmala UI" w:cs="Nirmala UI"/>
          <w:b/>
          <w:sz w:val="22"/>
        </w:rPr>
        <w:t xml:space="preserve">ചിത്രം 19 കാണിക്കുക</w:t>
      </w:r>
      <w:r>
        <w:rPr>
          <w:rFonts w:ascii="Nirmala UI" w:hAnsi="Nirmala UI" w:cs="Nirmala UI"/>
          <w:b w:val="0"/>
          <w:sz w:val="22"/>
        </w:rPr>
        <w:t xml:space="preserve">. അവർക്ക് സൊദോം നഗരം കാണാമായിരുന്നു. അവരിൽ രണ്ടുപേർ നഗരത്തിലേക്ക് നടന്നുപോയപ്പോൾ പ്രധാന സന്ദേശവാഹകൻ അബ്രാഹാമിനോട് സംസാരിക്കാൻ പിന്നിൽ നിന്നു. ദൈവം നശിപ്പിക്കുമെന്ന് പറയത്തക്കവിധം അത്ര ദുഷ്ടമായിത്തീർന്ന സൊദോം നഗരത്തെക്കുറിച്ച് അവൻ സംസാരിച്ചു (18:20-22).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ലോത്ത് ഈ നഗരത്തിനടുത്ത് താമസിക്കുന്നത് അബ്രാഹാം ഓർത്തു; അതിനാൽ അവൻ ദൈവത്തോട് അതിനെക്കുറിച്ച് അപേക്ഷിച്ചു. </w:t>
      </w:r>
      <w:r>
        <w:rPr>
          <w:rFonts w:ascii="Nirmala UI" w:hAnsi="Nirmala UI" w:cs="Nirmala UI"/>
          <w:b/>
          <w:sz w:val="22"/>
        </w:rPr>
        <w:t xml:space="preserve">ഒരു മുതിർന്നയാളുടെയോ ഒരു കുട്ടിയുടെയോ സഹായത്തോടെ ഇനിപ്പറയുന്ന കഥ അഭിനയിക്കുക: </w:t>
      </w:r>
      <w:r>
        <w:rPr>
          <w:rFonts w:ascii="Nirmala UI" w:hAnsi="Nirmala UI" w:cs="Nirmala UI"/>
          <w:b w:val="0"/>
          <w:sz w:val="22"/>
        </w:rPr>
        <w:t xml:space="preserve">അബ്രാഹാം: കർത്താവേ, സൊദോമിൽ അങ്ങയെ അനുഗമിക്കുന്ന 50 പേർ ഉണ്ടെങ്കിൽ അങ്ങ് അതിനെ നശിപ്പിക്കുമോ? പ്രത്യേക സന്ദേശവാഹകൻ: ഇല്ല, അബ്രാഹാമേ. സൊദോമിൽ താമസിക്കുന്ന എല്ലാവരിലും നീതിമാന്മാരും എന്റെ കല്പനകൾ അനുസരിക്കുന്നവരുമായ 50 പേരെ ഞാൻ കണ്ടാൽ, ഞാൻ നഗരം മുഴുവൻ ഒഴിവാക്കും. അബ്രാഹാം: കർത്താവേ, 45 പേർ മാത്രമേ ഉള്ളൂ എന്നിരിക്കട്ടെ …?</w:t>
      </w:r>
    </w:p>
    <w:p>
      <w:pPr>
        <w:ind w:left="567"/>
      </w:pPr>
      <w:r>
        <w:rPr>
          <w:rFonts w:ascii="Nirmala UI" w:hAnsi="Nirmala UI" w:cs="Nirmala UI"/>
          <w:b/>
          <w:sz w:val="22"/>
        </w:rPr>
        <w:t xml:space="preserve">ഇതുപോലെ 40, 30, 20, 10 വരെ തുടരുക. (കഥയിലെ ആവർത്തനം കുട്ടികൾക്ക് ഇഷ്ടമാണ്.) </w:t>
      </w:r>
      <w:r>
        <w:rPr>
          <w:rFonts w:ascii="Nirmala UI" w:hAnsi="Nirmala UI" w:cs="Nirmala UI"/>
          <w:b w:val="0"/>
          <w:sz w:val="22"/>
        </w:rPr>
        <w:t xml:space="preserve">ദൈവത്തിന്റെ ഉത്തരങ്ങൾ അവൻ കരുണയുള്ളവനാണെന്ന് കാണിക്കുന്നു; എന്നാൽ അവൻ പരിശുദ്ധനായതിനാൽ പാപത്തെ വിധിക്കുകയും ചെയ്യുന്നു. നീതിമാന്മാർ 10 പേർ മാത്രം ഉണ്ടായിരുന്നെങ്കിലും സൊദോമിലെ എല്ലാവരെയും ഒഴിവാക്കുമായിരുന്നു (18:23-33).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സ്വർഗ്ഗീയ സന്ദർശകരിൽ രണ്ടുപേർ സൊദോമിലേക്ക് പോയി; ലോത്ത് അവരെ തന്റെ വീട്ടിലേക്ക് സ്വാഗതം ചെയ്തു. എന്നാൽ പട്ടണവാസികൾ വളരെ ദുഷ്ടമായി പെരുമാറി (19:1-11). </w:t>
      </w:r>
      <w:r>
        <w:rPr>
          <w:rFonts w:ascii="Nirmala UI" w:hAnsi="Nirmala UI" w:cs="Nirmala UI"/>
          <w:b/>
          <w:sz w:val="22"/>
        </w:rPr>
        <w:t xml:space="preserve">അവരുടെ അപേക്ഷയുടെ വിശദാംശങ്ങളിലേക്കോ ലോത്ത് പകരം തന്റെ പുത്രിമാരെ വാഗ്ദാനം ചെയ്തതിലേക്കോ പോകരുത്. ഈ പ്രായക്കാർക്ക്, സൊദോമിലെ ജനങ്ങൾ ലോത്തിന്റെ സന്ദർശകരെ ഉപദ്രവിക്കാൻ ആഗ്രഹിച്ചു എന്നു പറഞ്ഞാൽ മതി.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പോകാൻ ഒരുങ്ങാൻ സന്ദർശകർ ലോത്തിനോടും കുടുംബത്തോടും പറഞ്ഞു. ലോത്തിന്റെ മരുമക്കൾ പോകാൻ വിസമ്മതിച്ചു. നോഹയുടെ കാലത്തെ ജനങ്ങളെപ്പോലെ, ദൈവത്തിന്റെ ന്യായവിധി വരും എന്ന ആശയത്തെ അവർ പരിഹസിച്ചു (പാഠം 5; 19:12-14 കാണുക).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6.</w:t>
        <w:tab/>
      </w:r>
      <w:r>
        <w:rPr>
          <w:rFonts w:ascii="Nirmala UI" w:hAnsi="Nirmala UI" w:cs="Nirmala UI"/>
          <w:b w:val="0"/>
          <w:sz w:val="22"/>
        </w:rPr>
        <w:t xml:space="preserve">പ്രഭാതത്തിൽ ലോത്തിനെയും കുടുംബത്തെയും തിടുക്കത്തിൽ കൊണ്ടുപോയി. ലോത്ത് അപ്പോഴും താമസിക്കാൻ ആഗ്രഹിച്ചു; എന്നാൽ നഗരം നശിപ്പിക്കപ്പെടുകയായിരുന്നു (19:15-16). ലോത്തിന്റെ ഭാര്യയുടെ ഹൃദയം ദൈവത്തെക്കാൾ സൊദോമിനായി കൂടുതൽ കൊതിച്ചതിനാൽ അവൾ അധികനേരം താമസിച്ചു; അത് അവളുടെ ജീവൻ നഷ്ടപ്പെടുത്തി (19:17, 24-26).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ദൈവത്തിന് പാപത്തെ ശിക്ഷിക്കാതെ വിടാൻ കഴിയില്ല; എന്നാൽ അവൻ നമ്മെ വളരെയധികം സ്നേഹിക്കുന്നതിനാൽ നമ്മെ രക്ഷിക്കാൻ ഏതറ്റം വരെയും പോകും. 10 നീതിമാന്മാരെ ഓർത്ത് സൊദോമിനെ ഒഴിവാക്കണമെന്ന് അബ്രാഹാം ദൈവത്തോട് അപേക്ഷിച്ചു. 10 പേരെ പോലും ദൈവത്തിന് കണ്ടെത്താൻ കഴിഞ്ഞില്ല; അതിനാൽ നഗരം നശിപ്പിക്കപ്പെടുന്നതിനു മുമ്പ് അവന്റെ പ്രത്യേക സന്ദേശവാഹകർ ലോത്തിനെയും കുടുംബത്തെയും രക്ഷിച്ചു.</w:t>
      </w:r>
    </w:p>
    <w:p>
      <w:r>
        <w:rPr>
          <w:rFonts w:ascii="Nirmala UI" w:hAnsi="Nirmala UI" w:cs="Nirmala UI"/>
          <w:b w:val="0"/>
          <w:sz w:val="22"/>
        </w:rPr>
        <w:t xml:space="preserve">ദൈവം ഇപ്പോഴും തന്റെ വചനമായ ബൈബിളിൽ നമുക്ക് മുന്നറിയിപ്പുകൾ അയയ്ക്കുന്നു (യെഹെ 33:11). നാം ശ്രദ്ധിക്കണം; നാം ദൈവത്തിങ്കലേക്ക് തിരിയുകയും തിന്മയിൽ നിന്ന് അകലുകയും വേണം.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19 – Abraham Prays for Sodom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19 – Abraham Prays for Sodom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