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18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ദൈവം തന്റെ വാഗ്ദാനം പുതുക്കുന്നു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ദൈവം തന്റെ വാഗ്ദാനങ്ങൾ പാലിക്കുന്നു എന്നതിന്റെ മറ്റൊരു ഉദാഹരണം കുട്ടികൾക്ക് കാണിച്ചുകൊടുക്കുക.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18:1-15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18:14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“യഹോവയ്ക്ക് അസാധ്യമായി വല്ലതും ഉണ്ടോ?”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ഒരാളുടെ വീട് സന്ദർശിക്കുന്നതിനെക്കുറിച്ച് ഒരു ചെറിയ നാടകം തയ്യാറാക്കാൻ ചില മുതിർന്നവരോടോ കുറച്ചു കുട്ടികളോടോ (ക്ലാസ്സിലെ അംഗങ്ങളാകണമെന്നില്ല) നേരത്തെ വരാൻ ആവശ്യപ്പെടുക. ഒരാൾ വീട്ടുടമയും മറ്റുള്ളവർ സന്ദർശകരുമായിരിക്കും. അഭിവാദനങ്ങളുടെ കൈമാറ്റവും ലഘുഭക്ഷണം നൽകുന്നതും പരിശീലിക്കുക. ഒരു സന്ദർശകൻ ഒരു സന്തോഷവാർത്ത കൊണ്ടുവരും.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ഒരു ദിവസം അബ്രാഹാമിന് വളരെ പ്രത്യേകരായ ചില സന്ദർശകരെ ലഭിച്ചു. നല്ല ചൂടുള്ള ഉച്ചസമയമായിരുന്നു; അവൻ തന്റെ കൂടാരത്തിന് പുറത്ത് തണലിൽ ഇരിക്കുകയായിരുന്നു. </w:t>
      </w:r>
      <w:r>
        <w:rPr>
          <w:rFonts w:ascii="Nirmala UI" w:hAnsi="Nirmala UI" w:cs="Nirmala UI"/>
          <w:b/>
          <w:sz w:val="22"/>
        </w:rPr>
        <w:t xml:space="preserve">അബ്രാഹാം സന്ദർശകരെ എങ്ങനെ അഭിവാദനം ചെയ്ത് ലഘുഭക്ഷണം കഴിക്കാൻ ക്ഷണിച്ചു എന്ന് വിവരിക്കുക (18:1-5).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അബ്രാഹാം സാറായെ അന്വേഷിച്ചുചെന്ന് അപ്പം ചുടാൻ ആവശ്യപ്പെട്ടു. പിന്നെ കിട്ടാവുന്നതിൽ ഏറ്റവും നല്ല മാംസം അന്വേഷിച്ചുപോയി അത് പാകം ചെയ്യാൻ കല്പിച്ചു (18:6-7).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അബ്രാഹാം സന്ദർശകരെ സത്കരിച്ചു; അവർ സാറായെക്കുറിച്ച് ചോദിച്ചു (18:8-9). </w:t>
      </w:r>
      <w:r>
        <w:rPr>
          <w:rFonts w:ascii="Nirmala UI" w:hAnsi="Nirmala UI" w:cs="Nirmala UI"/>
          <w:b/>
          <w:sz w:val="22"/>
        </w:rPr>
        <w:t xml:space="preserve">ചിത്രം 18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ആ സന്ദർശകർ യഥാർത്ഥത്തിൽ ദൈവത്തിന്റെ സന്ദേശവാഹകരായിരുന്നു; അവർ അബ്രാഹാമിന് അത്ഭുതകരമായ ഒരു വാർത്ത നൽകി: ഒരു വർഷത്തിനുള്ളിൽ അവനും സാറായ്ക്കും ഒരു മകൻ ഉണ്ടാകും. ഇത് 25 വർഷം മുമ്പ് ദൈവം അബ്രാഹാമിന് ആദ്യം നൽകിയ വാഗ്ദാനമായിരുന്നു (18:10).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കൂടാരത്തിനുള്ളിൽ സാറാ ആ സംഭാഷണം കേൾക്കുകയായിരുന്നു. സന്ദർശകൻ പറഞ്ഞത് കേട്ടപ്പോൾ അവൾ ചിരിച്ചു. </w:t>
      </w:r>
      <w:r>
        <w:rPr>
          <w:rFonts w:ascii="Nirmala UI" w:hAnsi="Nirmala UI" w:cs="Nirmala UI"/>
          <w:b/>
          <w:sz w:val="22"/>
        </w:rPr>
        <w:t xml:space="preserve">ചിത്രം 18-ൽ സാറായെ ചൂണ്ടിക്കാണിക്കുക</w:t>
      </w:r>
      <w:r>
        <w:rPr>
          <w:rFonts w:ascii="Nirmala UI" w:hAnsi="Nirmala UI" w:cs="Nirmala UI"/>
          <w:b w:val="0"/>
          <w:sz w:val="22"/>
        </w:rPr>
        <w:t xml:space="preserve">. പ്രസവിക്കാനുള്ള പ്രായം അവൾ ഏറെ കഴിഞ്ഞിരുന്നു – 90 വയസ്സ്! അവൾക്ക് എങ്ങനെ ഒരു കുഞ്ഞ് ഉണ്ടാകും (18:10-12)?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സാറാ ചിരിച്ചത് എന്തിനെന്ന് സന്ദർശകൻ ചോദിച്ചു. അവൾ ദൈവത്തിന്റെ ശക്തിയെ സംശയിച്ചോ? ദൈവം സർവ്വശക്തനും തന്റെ വാഗ്ദാനങ്ങൾ എപ്പോഴും പാലിക്കുന്നവനുമാണ്. </w:t>
      </w:r>
      <w:r>
        <w:rPr>
          <w:rFonts w:ascii="Nirmala UI" w:hAnsi="Nirmala UI" w:cs="Nirmala UI"/>
          <w:b/>
          <w:sz w:val="22"/>
        </w:rPr>
        <w:t xml:space="preserve">ചിത്രം 16 കാണിച്ച് ദൈവം അബ്രാഹാമിനോട് ചെയ്ത ഉടമ്പടി കുട്ടികളെ ഓർമ്മിപ്പിക്കുക</w:t>
      </w:r>
      <w:r>
        <w:rPr>
          <w:rFonts w:ascii="Nirmala UI" w:hAnsi="Nirmala UI" w:cs="Nirmala UI"/>
          <w:b w:val="0"/>
          <w:sz w:val="22"/>
        </w:rPr>
        <w:t xml:space="preserve">. ഈ കുഞ്ഞ് ദൈവത്തിൽ നിന്നുള്ള ഒരു അത്ഭുതമായിരിക്കും. എന്നാൽ ഇപ്പോൾ സാറാ ഭയപ്പെട്ടു, താൻ ചിരിച്ചില്ലെന്ന് അവൾ നിഷേധിച്ചു. എങ്കിലും ദൈവത്തിന്റെ ഈ വാഗ്ദാനം വിശ്വസിക്കാൻ അവൾക്ക് പ്രയാസമായിരുന്നു. അബ്രാഹാമിന്റെയും സാറായുടെയും മകൻ ജനിച്ചപ്പോൾ അവന് “അവൻ ചിരിക്കുന്നു” എന്നർത്ഥമുള്ള ഇസഹാക്ക് എന്നു പേരിട്ടു (18:13-15; 21:1-3).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/>
          <w:sz w:val="22"/>
        </w:rPr>
        <w:t xml:space="preserve">പ്രയാസമായിരുന്നിട്ടും നിങ്ങൾ ഒരാൾക്ക് കൊടുത്ത വാക്ക് പാലിച്ചതിനെക്കുറിച്ചോ, നിങ്ങൾ വിചാരിക്കാത്ത ഒരു വാഗ്ദാനം മറ്റൊരാൾ നിങ്ങൾക്കായി പാലിച്ചതിനെക്കുറിച്ചോ ഒരു സത്യകഥ പറയുക, അല്ലെങ്കിൽ ഒരു കഥ ഉണ്ടാക്കിപ്പറയുക. </w:t>
      </w:r>
      <w:r>
        <w:rPr>
          <w:rFonts w:ascii="Nirmala UI" w:hAnsi="Nirmala UI" w:cs="Nirmala UI"/>
          <w:b w:val="0"/>
          <w:sz w:val="22"/>
        </w:rPr>
        <w:t xml:space="preserve">ദൈവം എപ്പോഴും തന്റെ വാഗ്ദാനങ്ങൾ പാലിക്കുന്നു.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18 – God Renews His Promise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18 – God Renews His Promise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