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16</w:t>
      </w:r>
    </w:p>
    <w:p>
      <w:pPr>
        <w:keepNext/>
        <w:spacing w:after="40"/>
      </w:pPr>
      <w:r>
        <w:rPr>
          <w:rFonts w:ascii="Nirmala UI" w:hAnsi="Nirmala UI" w:cs="Nirmala UI"/>
          <w:b/>
          <w:color w:val="1F4E79"/>
          <w:sz w:val="52"/>
        </w:rPr>
        <w:t xml:space="preserve">അബ്രാഹാമിനോടുള്ള ദൈവത്തിന്റെ വാഗ്ദാനം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തന്റെ വാഗ്ദാനങ്ങൾ നിറവേറ്റാൻ തിടുക്കം കാണിക്കുന്നില്ലെന്നും, അവന്റെ സമയം എപ്പോഴും തികവുള്ളതാണെന്നും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15:1-21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ഉല്പത്തി 15:1</w:t>
            </w:r>
          </w:p>
          <w:p>
            <w:pPr>
              <w:spacing w:after="40"/>
            </w:pPr>
            <w:r>
              <w:rPr>
                <w:rFonts w:ascii="Nirmala UI" w:hAnsi="Nirmala UI" w:cs="Nirmala UI"/>
                <w:b w:val="0"/>
                <w:i/>
                <w:sz w:val="22"/>
              </w:rPr>
              <w:t xml:space="preserve">“അബ്രാമേ, ഭയപ്പെടേണ്ടാ; ഞാൻ നിനക്ക് പരിചയും അതിമഹത്തായ പ്രതിഫലവും ആകുന്നു.”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ചന്ദ്രനില്ലാത്ത ഇരുണ്ട രാത്രിയിൽ പുറത്തിറങ്ങി നക്ഷത്രങ്ങൾ എണ്ണാൻ ശ്രമിച്ചിട്ടുള്ളവർ ക്ലാസ്സിൽ ഉണ്ടോ എന്ന് ചോദിക്കുക. </w:t>
      </w:r>
      <w:r>
        <w:rPr>
          <w:rFonts w:ascii="Nirmala UI" w:hAnsi="Nirmala UI" w:cs="Nirmala UI"/>
          <w:b w:val="0"/>
          <w:sz w:val="22"/>
        </w:rPr>
        <w:t xml:space="preserve">അത് അസാധ്യമാണ്. അവ അത്രയധികമുണ്ട്!</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ഒരിക്കൽ ദൈവം അബ്രാഹാമിനോട് പുറത്തിറങ്ങി നക്ഷത്രങ്ങൾ എണ്ണാൻ പറഞ്ഞു. ഒരു വലിയ യുദ്ധം ജയിച്ച് ലോത്തിനെ രക്ഷിച്ചിട്ടും (പാഠം 15 കാണുക) അബ്രാഹാം വളരെ ദുഃഖിതനായിരുന്നു. അവനും സാറായ്ക്കും ഇപ്പോഴും മക്കൾ ഇല്ലായിരുന്നു; അതിനാൽ അവൻ മരിക്കുമ്പോൾ അവന്റെ സമ്പത്തെല്ലാം ഒരു ദാസൻ അവകാശമാക്കും. </w:t>
      </w:r>
      <w:r>
        <w:rPr>
          <w:rFonts w:ascii="Nirmala UI" w:hAnsi="Nirmala UI" w:cs="Nirmala UI"/>
          <w:b/>
          <w:sz w:val="22"/>
        </w:rPr>
        <w:t xml:space="preserve">ചിത്രം 16 കാണിക്കുക. </w:t>
      </w:r>
      <w:r>
        <w:rPr>
          <w:rFonts w:ascii="Nirmala UI" w:hAnsi="Nirmala UI" w:cs="Nirmala UI"/>
          <w:b w:val="0"/>
          <w:sz w:val="22"/>
        </w:rPr>
        <w:t xml:space="preserve">എങ്കിലും ദൈവം അവനോട് പറഞ്ഞു, അവന്റെ സന്തതികൾ ആകാശത്തിലെ നക്ഷത്രങ്ങളെപ്പോലെ – എണ്ണിത്തീർക്കാനാവാത്തത്ര – ആയിരിക്കും. അബ്രാഹാം കർത്താവിനെ വിശ്വസിച്ചു (15:1-6).</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ദൈവം അബ്രാഹാമിൽ പ്രസാദിച്ച് സ്വന്തമായ ഒരു ദേശത്തിന്റെ വാഗ്ദാനം പുതുക്കി (15:6-7).</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തന്റെ വാഗ്ദാനങ്ങൾ പാലിക്കാൻ ഉദ്ദേശിക്കുന്നു എന്ന് കാണിക്കാൻ ദൈവം അബ്രാഹാമുമായി ഒരു പ്രത്യേക ഉടമ്പടി ചെയ്തു. ഒരു പശുക്കിടാവ്, ഒരു ആട്, ഒരു ആട്ടുകൊറ്റൻ, ഒരു ചെങ്ങാലിപ്രാവ്, ഒരു പ്രാവിൻകുഞ്ഞ് എന്നിവയെ ഓരോന്നിനെയും രണ്ടായി പിളർന്ന് ഒരു പ്രത്യേക യാഗം ഒരുക്കാൻ ദൈവം അബ്രാഹാമിനോട് പറഞ്ഞു (15:8-11).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സൂര്യൻ അസ്തമിക്കാറായപ്പോൾ ദൈവം അബ്രാഹാമിനെ ഗാഢനിദ്രയിലാക്കി. ഭാവിയിൽ അവന്റെ സന്തതികൾക്ക് സംഭവിക്കാനിരുന്ന ചില കാര്യങ്ങൾ അവനോട് പറഞ്ഞു. പിന്നെ യാഗമൃഗങ്ങളുടെ രണ്ടു പിളർപ്പുകൾക്കിടയിലൂടെ ദൈവം അഗ്നി അയച്ചു, താൻ അവ സ്വീകരിച്ചു എന്ന് കാണിക്കാൻ; അങ്ങനെ തനിക്കും അബ്രാഹാമിനും ഇടയിലുള്ള ഉടമ്പടി മുദ്രവച്ചു (15:12-20).</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തങ്ങളുടെ കുടുംബങ്ങളിൽ – ഒരുപക്ഷേ വിവാഹത്തിൽ ഏർപ്പെടുമ്പോൾ – പ്രത്യേക ഉടമ്പടികൾ ചെയ്യുന്ന സമയങ്ങൾ ഉണ്ടോ എന്ന് ക്ലാസ്സിനോട് ചോദിക്കുക. </w:t>
      </w:r>
      <w:r>
        <w:rPr>
          <w:rFonts w:ascii="Nirmala UI" w:hAnsi="Nirmala UI" w:cs="Nirmala UI"/>
          <w:b w:val="0"/>
          <w:sz w:val="22"/>
        </w:rPr>
        <w:t xml:space="preserve">ദൈവം അബ്രാഹാമിനോട് ഈ വളരെ പ്രത്യേകമായ ഉടമ്പടി ചെയ്ത് ചില കാര്യങ്ങൾ സംഭവിക്കുമെന്ന് വാഗ്ദാനം ചെയ്തു. വരാനിരിക്കുന്ന വർഷങ്ങളിൽ നക്ഷത്രങ്ങളെ നോക്കുമ്പോഴെല്ലാം അബ്രാഹാം ദൈവത്തിന്റെ വാഗ്ദാനം ഓർക്കുമായിരുന്നു. സമയമാകുമ്പോൾ ദൈവം തന്റെ വാഗ്ദാനം നിറവേറ്റും എന്ന വിശ്വാസം അവൻ നിലനിർത്തേണ്ടിയിരുന്നു.</w:t>
      </w:r>
    </w:p>
    <w:p>
      <w:r>
        <w:rPr>
          <w:rFonts w:ascii="Nirmala UI" w:hAnsi="Nirmala UI" w:cs="Nirmala UI"/>
          <w:b w:val="0"/>
          <w:sz w:val="22"/>
        </w:rPr>
        <w:t xml:space="preserve">ദൈവത്തിന്റെ വാഗ്ദാനങ്ങൾ നാം ബൈബിളിൽ കാണുന്നു. അവ നാം വിശ്വസിക്കാനും പ്രാവർത്തികമാക്കാനും ഉള്ളവയാണ്. ദൈവത്തിന്റെ വാക്ക് വിശ്വസിക്കുന്ന ഏവരും അബ്രാഹാമിനെപ്പോലെ ദൈവത്തിന്റെ അനുഗ്രഹം അനുഭവിക്കും.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16 – God’s Promise to Abraham</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16 – God’s Promise to Abraham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