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15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അബ്രാഹാം ലോത്തിനെ രക്ഷിക്കുന്നു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ലോത്തിന്റെ ചീത്ത സുഹൃത്തുക്കൾ അവനെ കുഴപ്പത്തിലേക്ക് നയിച്ചു; അബ്രാഹാമിന്റെ അനുസരണത്തിന്റെയും ആരാധനയുടെയും ജീവിതത്തെ ദൈവം അനുഗ്രഹിച്ചു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14:8-24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34:15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യഹോവയുടെ കണ്ണുകൾ നീതിമാന്മാരുടെമേലും അവന്റെ ചെവികൾ അവരുടെ നിലവിളിയിലും ഇരിക്കുന്നു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സൗഹൃദത്തെക്കുറിച്ച് ക്ലാസ്സിനെ പഠിപ്പിക്കുക. </w:t>
      </w:r>
      <w:r>
        <w:rPr>
          <w:rFonts w:ascii="Nirmala UI" w:hAnsi="Nirmala UI" w:cs="Nirmala UI"/>
          <w:b w:val="0"/>
          <w:sz w:val="22"/>
        </w:rPr>
        <w:t xml:space="preserve">ചില സുഹൃത്തുക്കൾ നല്ലവരും സഹായിക്കുന്നവരുമാണ്; മറ്റുള്ളവർ നമ്മെ മോശമായി സ്വാധീനിക്കാം.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വിവിധ ഗോത്രങ്ങളുടെ രാജാക്കന്മാരോ തലവന്മാരോ പരസ്പരം യുദ്ധം ചെയ്തിരുന്ന യോർദ്ദാൻ താഴ്‌വരയിലാണ് ലോത്ത് താമസിച്ചിരുന്നത്. </w:t>
      </w:r>
      <w:r>
        <w:rPr>
          <w:rFonts w:ascii="Nirmala UI" w:hAnsi="Nirmala UI" w:cs="Nirmala UI"/>
          <w:b/>
          <w:sz w:val="22"/>
        </w:rPr>
        <w:t xml:space="preserve">ഈ ഭരണാധികാരികളുടെ പേരുകൾ പഠിപ്പിക്കേണ്ടതില്ല. </w:t>
      </w:r>
      <w:r>
        <w:rPr>
          <w:rFonts w:ascii="Nirmala UI" w:hAnsi="Nirmala UI" w:cs="Nirmala UI"/>
          <w:b w:val="0"/>
          <w:sz w:val="22"/>
        </w:rPr>
        <w:t xml:space="preserve">അവർ ദുഷ്ടന്മാരായിരുന്നു; ലോത്ത് അവരുടെ അടുത്ത് താമസിച്ചിരുന്നതിനാൽ അവരുടെ യുദ്ധത്തിൽ അകപ്പെട്ട് ബന്ദിയാക്കപ്പെട്ടു (14:11-12).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രക്ഷപ്പെട്ട ഒരാൾ ഓടിച്ചെന്ന് ലോത്ത് പിടിക്കപ്പെട്ട വിവരം അബ്രാഹാമിനെ അറിയിച്ചു. ആ ദുഷ്ടജനങ്ങളുടെ ഇടയിൽ താമസിക്കാൻ തിരഞ്ഞെടുത്തതിനാൽ ലോത്ത് കുഴപ്പത്തിൽ പെടാൻ അർഹനായിരുന്നിരിക്കാം (പാഠം 14 കാണുക). എങ്കിലും അബ്രാഹാം ഉടൻ തന്നെ അവനെ രക്ഷിക്കാൻ പോയി (14:13-14).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അബ്രാഹാം ഒരു നല്ല ഇടയൻ (കന്നുകാലികളെ പരിപാലിക്കുന്നവൻ) മാത്രമല്ല, വളരെ നല്ല ഒരു പടയാളി കൂടിയാണെന്ന് തെളിയിച്ചു. അവൻ തന്റെ ആയുധധാരികളായ 300-ലധികം ആളുകളെ കൂട്ടി, ലോത്തിനെ ബന്ദിയാക്കിയിരുന്ന സ്ഥലത്തേക്ക് രാത്രിയിൽ മാർച്ച് ചെയ്തു. അവൻ ശത്രുരാജാക്കന്മാരെ തോല്പിച്ച് അവർ കൊണ്ടുപോയിരുന്ന എല്ലാ സമ്പത്തും ആളുകളെയും തിരികെ കൊണ്ടുവന്നു (14:14-16).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തങ്ങളുടെ ജനത്തെ രക്ഷിച്ചതിന് അബ്രാഹാമിനെ ബഹുമാനിക്കാനും പ്രതിഫലം നൽകാനും സൊദോം രാജാവ് മറ്റ് രാജാക്കന്മാരെ ഘോഷയാത്രയായി നയിച്ചു. അവർ അവന് അനേകം സമ്മാനങ്ങൾ നൽകാൻ ആഗ്രഹിച്ചു; എന്നാൽ അബ്രാഹാം നിരസിച്ചു. ഒരു ചെരുപ്പിന്റെ വാറുപോലും അവരിൽ നിന്ന് സ്വന്തത്തിനായി അവൻ സ്വീകരിച്ചില്ല; ദൈവഭയമില്ലാത്ത രാജാക്കന്മാരോട് കടപ്പെട്ടിരിക്കാൻ അവൻ ആഗ്രഹിച്ചില്ല (14:17, 21-24).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മറ്റൊരു രാജാവും അബ്രാഹാമിനെ കാണാൻ വന്നു. അവന്റെ പേര് മൽക്കീസേദെക്, ശാലേമിലെ രാജാവ് (ശാലേം എന്നാൽ “സമാധാനം”). സൊദോമിലെ ദുഷ്ടരാജാവിൽ നിന്ന് വളരെ വ്യത്യസ്തനായ ഒരു നേതാവായിരുന്നു അവൻ. അവൻ സത്യദൈവത്തെ ആരാധിച്ചു. </w:t>
      </w:r>
      <w:r>
        <w:rPr>
          <w:rFonts w:ascii="Nirmala UI" w:hAnsi="Nirmala UI" w:cs="Nirmala UI"/>
          <w:b/>
          <w:sz w:val="22"/>
        </w:rPr>
        <w:t xml:space="preserve">ചിത്രം 15 കാണിക്കുക. </w:t>
      </w:r>
      <w:r>
        <w:rPr>
          <w:rFonts w:ascii="Nirmala UI" w:hAnsi="Nirmala UI" w:cs="Nirmala UI"/>
          <w:b w:val="0"/>
          <w:sz w:val="22"/>
        </w:rPr>
        <w:t xml:space="preserve">മൽക്കീസേദെക് അബ്രാഹാമിന് ഭക്ഷണവും പാനീയവുമായ ലളിതമായ സമ്മാനങ്ങൾ കൊണ്ടുവന്ന് അവനെ അനുഗ്രഹിച്ചു. അബ്രാഹാം മൽക്കീസേദെക്കിനെ ആദരിക്കുകയും അവന് സമ്മാനങ്ങൾ നൽകുകയും ചെയ്തു (14:18-20).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അബ്രാഹാമിനും ലോത്തിനും വ്യത്യസ്ത സുഹൃത്തുക്കൾ ഉണ്ടായിരുന്നു. ലോത്ത് ഇടപഴകിയ ആളുകൾ ദുഷ്ടരായിരുന്നു; അവർ അവനെ കുഴപ്പത്തിലേക്ക് നയിച്ചു. ദുഷ്ടരിൽ നിന്ന് സമ്മാനങ്ങൾ പോലും സ്വീകരിക്കാൻ അബ്രാഹാം വിസമ്മതിച്ചു.</w:t>
      </w:r>
    </w:p>
    <w:p>
      <w:r>
        <w:rPr>
          <w:rFonts w:ascii="Nirmala UI" w:hAnsi="Nirmala UI" w:cs="Nirmala UI"/>
          <w:b w:val="0"/>
          <w:sz w:val="22"/>
        </w:rPr>
        <w:t xml:space="preserve">മൽക്കീസേദെക്കുമായുള്ള അബ്രാഹാമിന്റെ സൗഹൃദം ദൈവത്തെ ബഹുമാനിക്കുന്ന ഒന്നായിരുന്നു. തന്റെ ശത്രുക്കളെ അബ്രാഹാമിന്റെ കൈകളിൽ ഏല്പിച്ചത് ദൈവമാണെന്ന് മൽക്കീസേദെക് അബ്രാഹാമിനെ പഠിപ്പിക്കുകയും ചെയ്തു (14:20). ആരോഗ്യകരമായ സൗഹൃദങ്ങൾ ഇങ്ങനെയാണ്.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15 – Abraham Rescues Lot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15 – Abraham Rescues Lot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