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12</w:t>
      </w:r>
    </w:p>
    <w:p>
      <w:pPr>
        <w:keepNext/>
        <w:spacing w:after="40"/>
      </w:pPr>
      <w:r>
        <w:rPr>
          <w:rFonts w:ascii="Nirmala UI" w:hAnsi="Nirmala UI" w:cs="Nirmala UI"/>
          <w:b/>
          <w:color w:val="1F4E79"/>
          <w:sz w:val="52"/>
        </w:rPr>
        <w:t xml:space="preserve">യോബിന് പുനഃസ്ഥാപനം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വാഴുന്നു എന്ന് കുട്ടികളെ പഠിപ്പിക്കുക. ഇയ്യോബ് കഷ്ടപ്പെടാൻ ദൈവം അനുവദിച്ചു; എന്നാൽ അവസാനം ഇയ്യോബിന്റെ വിശ്വാസത്തിനും സ്ഥിരതയ്ക്കും ദൈവം അവനെ അനുഗ്രഹിച്ചു.</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ഇയ്യോബ് 38:1-4; 42:1-7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ഇയ്യോബ് 42:2</w:t>
            </w:r>
          </w:p>
          <w:p>
            <w:pPr>
              <w:spacing w:after="40"/>
            </w:pPr>
            <w:r>
              <w:rPr>
                <w:rFonts w:ascii="Nirmala UI" w:hAnsi="Nirmala UI" w:cs="Nirmala UI"/>
                <w:b w:val="0"/>
                <w:i/>
                <w:sz w:val="22"/>
              </w:rPr>
              <w:t xml:space="preserve">“നിനക്ക് സകലവും കഴിയും; നിന്റെ ഉദ്ദേശ്യം ഒന്നും തടയപ്പെടുകയില്ല എന്ന് ഞാൻ അറിയുന്നു.”</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കുറിപ്പ്: </w:t>
            </w:r>
            <w:r>
              <w:rPr>
                <w:rFonts w:ascii="Nirmala UI" w:hAnsi="Nirmala UI" w:cs="Nirmala UI"/>
                <w:sz w:val="21"/>
              </w:rPr>
              <w:t xml:space="preserve">38 – 41 അധ്യായങ്ങളിൽ ദൈവം ഇയ്യോബിന് തന്നെത്തന്നെ വെളിപ്പെടുത്തുന്നു. അവ വായിക്കുമ്പോൾ ദൈവത്തിന്റെ മഹത്വത്തിന്റെ ഒരു ചിത്രം നിങ്ങൾക്ക് കാണാം. ഈ പാഠത്തിൽ, ദൈവം ഇയ്യോബിനെ പഠിപ്പിച്ചത് കാണിക്കാൻ സൃഷ്ടിയിലെ ദൈവശക്തിയുടെ ചില ഉദാഹരണങ്ങൾ ഉപയോഗിക്കുക.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രോഗിയായി ക്ലിനിക്കിൽ പോകുമ്പോൾ നഴ്സോ ഡോക്ടറോ രക്തപരിശോധന ആവശ്യപ്പെട്ടേക്കാം. രക്തപരിശോധനയിൽ ഒരു തുള്ളി രക്തം മൈക്രോസ്കോപ്പിൽ (വസ്തുക്കളെ യഥാർത്ഥത്തേക്കാൾ വളരെ വലുതായി കാണിക്കുന്ന ഒരു ഗ്ലാസ്സ് അഥവാ ലെൻസ്) പരിശോധിക്കുന്നു. നഗ്നനേത്രങ്ങൾക്ക് കാണാൻ കഴിയാത്തത് രക്തത്തിൽ കാണാൻ ലബോറട്ടറി ടെക്നീഷ്യന് ഇതിലൂടെ സാധിക്കുന്നു.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ഇയ്യോബ് വളരെയധികം കഷ്ടത അനുഭവിച്ചു; എന്തുകൊണ്ടെന്ന് അവന് അറിയില്ലായിരുന്നു. </w:t>
      </w:r>
      <w:r>
        <w:rPr>
          <w:rFonts w:ascii="Nirmala UI" w:hAnsi="Nirmala UI" w:cs="Nirmala UI"/>
          <w:b/>
          <w:sz w:val="22"/>
        </w:rPr>
        <w:t xml:space="preserve">ചിത്രം 11 കാണിക്കുക</w:t>
      </w:r>
      <w:r>
        <w:rPr>
          <w:rFonts w:ascii="Nirmala UI" w:hAnsi="Nirmala UI" w:cs="Nirmala UI"/>
          <w:b w:val="0"/>
          <w:sz w:val="22"/>
        </w:rPr>
        <w:t xml:space="preserve">. ഇത് അവനെ വളരെ ദുഃഖിതനും ദയനീയാവസ്ഥയിലുമാക്കി; താൻ ജനിക്കാതിരുന്നെങ്കിൽ എന്ന് പോലും അവൻ ആഗ്രഹിച്ചു (3:11). അവന്റെ ഭാര്യയും സുഹൃത്തുക്കളും അവനെ ഒട്ടും സഹായിച്ചില്ല.</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അപ്പോൾ ദൈവം ഇയ്യോബിനോട് സംസാരിച്ചു. എല്ലാം അറിയുന്നവൻ താൻ മാത്രമാണെന്ന് ദൈവം കാണിച്ചു; കാരണം എല്ലാം ഉണ്ടാക്കിയവൻ, സ്രഷ്ടാവ്, അവനാണ്. ദൈവത്തിന്റെ അത്ഭുത വഴികൾ മനസ്സിലാക്കാൻ ഒരു മനുഷ്യനും കഴിയില്ല. സൃഷ്ടിയെക്കുറിച്ച് ദൈവം ഇയ്യോബിനോട് ചോദ്യങ്ങളുടെ പെരുമഴ ചൊരിഞ്ഞു; അവയിൽ ഒന്നിനും ഇയ്യോബിന് ഉത്തരം പറയാൻ കഴിഞ്ഞില്ല (38:1-41). ദൈവം എത്ര മഹാനാണെന്ന് അവൻ തിരിച്ചറിഞ്ഞു; ദൈവത്തെ കുറ്റപ്പെടുത്താനും അവനോട് തർക്കിക്കാനും ശ്രമിച്ചതിൽ അവൻ ലജ്ജിക്കുകയും ചെയ്തു (42:3-6). ലബോറട്ടറി ടെക്നീഷ്യൻ മൈക്രോസ്കോപ്പിലൂടെ ഒരു തുള്ളി രക്തം നോക്കുന്നതുപോലെ, ദൈവവുമായുള്ള ഈ കൂടിക്കാഴ്ച ദൈവത്തിന്റെ മറഞ്ഞിരിക്കുന്ന പ്രവൃത്തികളിലേക്കും ജ്ഞാനത്തിലേക്കും ഇയ്യോബിന്റെ കണ്ണുകൾ തുറന്നു.</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തന്റെ സുഹൃത്തുക്കൾക്കുവേണ്ടി പ്രാർത്ഥിക്കാൻ ദൈവം ഇയ്യോബിനോട് നിർദ്ദേശിച്ചു. ദൈവത്തോട് തർക്കിക്കാൻ ശ്രമിച്ചത് ഇയ്യോബായിരുന്നു; എന്നാൽ ദൈവം കോപിച്ചത് ആ സുഹൃത്തുക്കളോടായിരുന്നു! ഇയ്യോബിന്റെ ഭയങ്കര കഷ്ടത അവൻ ചെയ്ത വലിയ ദുഷ്ടതയ്ക്കുള്ള ന്യായമായ ശിക്ഷയാണെന്ന് അവർ അവനെ ബോധ്യപ്പെടുത്താൻ ശ്രമിച്ചു. അവർക്ക് ഇതിലും വലിയ തെറ്റു പറ്റാനില്ലായിരുന്നു (പാഠം 11, 5, 6 പോയിന്റുകൾ കാണുക); എങ്കിലും അവസാനം ദൈവം അവരോട് കരുണ കാണിച്ചു (42:7-9).</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 വീണ്ടും ഇയ്യോബിന്റെമേൽ അനുഗ്രഹങ്ങളും കൃപയും ചൊരിഞ്ഞു; അവനെ വീണ്ടും സുഖപ്പെടുത്തി, മുമ്പുണ്ടായിരുന്നതിന്റെ ഇരട്ടി സമ്പന്നനാക്കി. </w:t>
      </w:r>
      <w:r>
        <w:rPr>
          <w:rFonts w:ascii="Nirmala UI" w:hAnsi="Nirmala UI" w:cs="Nirmala UI"/>
          <w:b/>
          <w:sz w:val="22"/>
        </w:rPr>
        <w:t xml:space="preserve">ചിത്രം 12 കാണിക്കുക. </w:t>
      </w:r>
      <w:r>
        <w:rPr>
          <w:rFonts w:ascii="Nirmala UI" w:hAnsi="Nirmala UI" w:cs="Nirmala UI"/>
          <w:b w:val="0"/>
          <w:sz w:val="22"/>
        </w:rPr>
        <w:t xml:space="preserve">എല്ലാവരും അവനോടൊപ്പം ആഘോഷിക്കാൻ വന്ന് അവന് സമ്മാനങ്ങൾ കൊണ്ടുവന്നു (42:10-11).</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 ഇയ്യോബിനെ മുമ്പത്തേക്കാൾ അധികമായി അനുഗ്രഹിച്ചുകൊണ്ടിരുന്നു. അവന് ഏഴു പുത്രന്മാരും മൂന്നു സുന്ദരികളായ പുത്രിമാരും കൂടി ഉണ്ടായി; തന്റെ അനേകം പിൻതലമുറക്കാരെ കാണാനും അവൻ ജീവിച്ചിരുന്നു (42:12-17).</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കഷ്ടതയിലും അനുഗ്രഹത്തിലും ദൈവത്തിൽ അചഞ്ചലമായ വിശ്വാസത്തിന്റെ ഒരു ഉദാഹരണമാണ് ഇയ്യോബ്. തനിക്ക് തിരിയാൻ കഴിയുന്ന ഏക വ്യക്തി ദൈവമാണെന്ന് ഈ മനുഷ്യന് അറിയാമായിരുന്നു.</w:t>
      </w:r>
    </w:p>
    <w:p>
      <w:r>
        <w:rPr>
          <w:rFonts w:ascii="Nirmala UI" w:hAnsi="Nirmala UI" w:cs="Nirmala UI"/>
          <w:b w:val="0"/>
          <w:sz w:val="22"/>
        </w:rPr>
        <w:t xml:space="preserve">ദൈവം നമ്മെ സ്നേഹിക്കുന്നു എന്നും അവന്റെ വഴികൾ നമുക്ക് മനസ്സിലാക്കാൻ കഴിയില്ല എന്നും നാം ഓർക്കണം. അവസാനം, തന്നെ വിശ്വസ്തതയോടെ സേവിക്കുന്നവർക്ക് ഏറ്റവും നല്ലതു മാത്രമാണ് അവൻ ആഗ്രഹിക്കുന്നത്.</w:t>
      </w:r>
    </w:p>
    <w:p>
      <w:r>
        <w:rPr>
          <w:rFonts w:ascii="Nirmala UI" w:hAnsi="Nirmala UI" w:cs="Nirmala UI"/>
          <w:b w:val="0"/>
          <w:sz w:val="22"/>
        </w:rPr>
        <w:t xml:space="preserve">ജോണി എറെക്സൺ ടാഡ അമേരിക്കയിൽ ജീവിക്കുന്നു. 17-ാം വയസ്സിൽ ഒരു ഡൈവിംഗ് അപകടം സംഭവിച്ചു; 20 വർഷത്തിലേറെയായി അവർക്ക് നടക്കാനോ കൈകൾ ഉപയോഗിക്കാനോ കഴിയുന്നില്ല. വായിൽ ഒരു വടി പിടിച്ച് ടൈപ്പ് ചെയ്യുക, കാർ ഓടിക്കുക, മനോഹരമായ ചിത്രങ്ങൾ വരയ്ക്കുക തുടങ്ങിയ അനേകം കഴിവുകൾ അവർ പഠിച്ചു. തന്റെ എല്ലാ കഷ്ടതകളിലും ദൈവത്തിൽ ആശ്രയിക്കാനും വളരെ ക്ഷമയുള്ളവളായിരിക്കാനും അവർക്ക് പഠിക്കേണ്ടിവന്നു. തന്റെ വലിയ വൈകല്യങ്ങൾ ദൈവത്തോടുള്ള സ്നേഹം ആഴപ്പെടുത്തി എന്ന് അവർ പറഞ്ഞിട്ടുണ്ട്.</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12 – Job is Restored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12 – Job is Restored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