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10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വലിയ കഷ്ടതയുടെ കാലം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വലിയ കഷ്ടതയും ഇയ്യോബിനെ ദൈവത്തിൽ നിന്ന് അകറ്റിയില്ല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ഇയ്യോബ് 1:13-22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ഇയ്യോബ് 1:21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[ഇയ്യോബ്] പറഞ്ഞു: “ഞാൻ അമ്മയുടെ ഗർഭത്തിൽ നിന്ന് നഗ്നനായി പുറപ്പെട്ടുവന്നു; നഗ്നനായി തിരിച്ചുപോകും; യഹോവ തന്നു, യഹോവ എടുത്തു; യഹോവയുടെ നാമം വാഴ്ത്തപ്പെടുമാറാകട്ടെ.”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തങ്ങളുടെ ജീവിതത്തിലെ ചില സന്തോഷ ദിനങ്ങളെക്കുറിച്ച് ക്ലാസ്സിനോട് പറയാൻ കുട്ടികളോട് ആവശ്യപ്പെടുക. ചില സങ്കടകരമായ ഓർമ്മകളും പങ്കുവയ്ക്കാൻ അവർ തയ്യാറായേക്കാം.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ഇയ്യോബ് വളരെ സന്തുഷ്ടനായ ഒരു മനുഷ്യനായിരുന്നു. </w:t>
      </w:r>
      <w:r>
        <w:rPr>
          <w:rFonts w:ascii="Nirmala UI" w:hAnsi="Nirmala UI" w:cs="Nirmala UI"/>
          <w:b/>
          <w:sz w:val="22"/>
        </w:rPr>
        <w:t xml:space="preserve">ചിത്രം 9 കാണിക്കുക. ചോദ്യങ്ങളിലൂടെ ക്ലാസ്സിനെ നയിച്ച് പാഠം 9 ആവർത്തിക്കുക. ഇനിപ്പറയുന്ന വസ്തുതകൾ എടുത്തുപറയുക: </w:t>
      </w:r>
      <w:r>
        <w:rPr>
          <w:rFonts w:ascii="Nirmala UI" w:hAnsi="Nirmala UI" w:cs="Nirmala UI"/>
          <w:b w:val="0"/>
          <w:sz w:val="22"/>
        </w:rPr>
        <w:t xml:space="preserve">ഇയ്യോബ് ധനികനും പരമാർത്ഥിയും സന്തുഷ്ടനായ ഒരു കുടുംബനാഥനുമായിരുന്നു. പ്രതിഫലം പ്രതീക്ഷിക്കാതെ അവൻ ദൈവത്തെ സേവിച്ചു. അവന് അനേകം സന്തോഷ ദിനങ്ങൾ ഉണ്ടായിരുന്നു. എന്നാൽ സാത്താൻ അവനെ പരീക്ഷിക്കാൻ ഒരുങ്ങിയിരുന്നു. അവന്റെ ജീവിതത്തിൽ ഭയങ്കരമായ പലതരം വാർത്തകൾ ലഭിച്ച ഒരു ദിവസം വന്നു.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ശത്രുക്കൾ അവന്റെ എല്ലാ കഴുതകളെയും കാളകളെയും അവയെ പരിപാലിച്ചിരുന്ന ദാസന്മാരെ കൊന്നശേഷം അപഹരിച്ചു എന്ന് അറിയിക്കാൻ ഒരു ദൂതൻ ഇയ്യോബിന്റെ അടുക്കൽ എത്തി (1:13-15).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തൊട്ടുപിന്നാലെ രണ്ടാമതൊരു ദാസൻ വന്ന്, ഇടിമിന്നൽ അവന്റെ എല്ലാ ആടുകളെയും അവയുടെ ഇടയന്മാരെയും ബാധിച്ചു എന്ന് അറിയിച്ചു (1:16).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പിന്നെ മൂന്നാമതൊരു ദാസൻ വന്ന്, അയൽ ഗോത്രം അവന്റെ എല്ലാ ഒട്ടകങ്ങളെയും അവയുടെ കാവൽക്കാരെ കൊന്നശേഷം കൊണ്ടുപോയി എന്ന് ഇയ്യോബിനോട് പറഞ്ഞു (1:17).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നാലാമത്തെ ദാസൻ ഏറ്റവും മോശമായ വാർത്ത കൊണ്ടുവന്നു. ഇയ്യോബിന്റെ പുത്രന്മാരും പുത്രിമാരും മൂത്ത സഹോദരന്റെ വീട്ടിൽ വിരുന്ന് കഴിക്കുമ്പോൾ ഒരു വലിയ കാറ്റ് വീട് തകർത്ത് അവന്റെ എല്ലാ മക്കളെയും ഒറ്റയടിക്ക് കൊന്നു (1:18-19).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ദാസന്മാർ അറിയിച്ച ഭയങ്കര വാർത്ത ഇയ്യോബ് സ്വീകരിച്ചു. ജീവനോടെ രക്ഷപ്പെട്ട് ഈ കഥ പറയാൻ വന്ന ദാസന്മാരെ അവൻ ശിക്ഷിച്ചില്ല; അത് അവരുടെ തെറ്റല്ലായിരുന്നു. അവൻ ദൈവത്തോടും കോപിച്ചില്ല. </w:t>
      </w:r>
      <w:r>
        <w:rPr>
          <w:rFonts w:ascii="Nirmala UI" w:hAnsi="Nirmala UI" w:cs="Nirmala UI"/>
          <w:b/>
          <w:sz w:val="22"/>
        </w:rPr>
        <w:t xml:space="preserve">ചിത്രം 10 കാണിക്കുക. </w:t>
      </w:r>
      <w:r>
        <w:rPr>
          <w:rFonts w:ascii="Nirmala UI" w:hAnsi="Nirmala UI" w:cs="Nirmala UI"/>
          <w:b w:val="0"/>
          <w:sz w:val="22"/>
        </w:rPr>
        <w:t xml:space="preserve">അവന്റെ പ്രവൃത്തികൾ കാണിക്കുന്നതുപോലെ ഇയ്യോബ് വളരെ ദുഃഖിതനായിരുന്നു (1:20-21).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/>
          <w:sz w:val="22"/>
        </w:rPr>
        <w:t xml:space="preserve">ഇത് താരതമ്യേന ദൈർഘ്യമുള്ള ഒരു വാക്യമാണ്. കുട്ടികൾ ചെറിയവരാണെങ്കിൽ രണ്ടാം പകുതി മാത്രം (“യഹോവ തന്നു …” മുതൽ) പഠിപ്പിക്കുക.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കഷ്ടത പലപ്പോഴും ആളുകളെ ദൈവത്തിൽ നിന്ന് അകറ്റുന്നു. എന്നാൽ ദൈവം സർവ്വാധികാരിയും എല്ലാ നന്മയുടെയും ഉറവിടവുമാണെന്ന് ഇയ്യോബിന് അറിയാമായിരുന്നു (1:21). അതിനാൽ അവന്റെ കഷ്ടതകൾ അവനെ ദൈവത്തോട് കൂടുതൽ അടുപ്പിച്ചു. നാം പിന്തുടരേണ്ട ഒരു മാതൃകയാണിത്.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10 – A Time of Great Trouble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10 – A Time of Great Trouble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