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7</w:t>
      </w:r>
    </w:p>
    <w:p>
      <w:pPr>
        <w:keepNext/>
        <w:spacing w:after="40"/>
      </w:pPr>
      <w:r>
        <w:rPr>
          <w:rFonts w:ascii="Nirmala UI" w:hAnsi="Nirmala UI" w:cs="Nirmala UI"/>
          <w:b/>
          <w:color w:val="1F4E79"/>
          <w:sz w:val="52"/>
        </w:rPr>
        <w:t xml:space="preserve">മഴവില്ല് – ദൈവത്തിന്റെ വാഗ്ദാനം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വാഗ്ദാനം ചെയ്യുമ്പോൾ അവൻ എപ്പോഴും അത് പാലിക്കുന്നു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8:1-22; 9:8-12</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ഉല്പത്തി 8:22</w:t>
            </w:r>
          </w:p>
          <w:p>
            <w:pPr>
              <w:spacing w:after="40"/>
            </w:pPr>
            <w:r>
              <w:rPr>
                <w:rFonts w:ascii="Nirmala UI" w:hAnsi="Nirmala UI" w:cs="Nirmala UI"/>
                <w:b w:val="0"/>
                <w:i/>
                <w:sz w:val="22"/>
              </w:rPr>
              <w:t xml:space="preserve">“ഭൂമിയുള്ള കാലത്തോളം വിതയും കൊയ്ത്തും … ഒഴിയുകയില്ല.”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വാഗ്ദാനങ്ങളെക്കുറിച്ച് ക്ലാസ്സിനോട് സംസാരിക്കുക. പാലിക്കപ്പെട്ട വാഗ്ദാനങ്ങളുടെയും ലംഘിക്കപ്പെട്ട വാഗ്ദാനങ്ങളുടെയും ഉദാഹരണങ്ങൾ നൽകുക.</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നോഹ ദൈവത്തിന്റെ പദ്ധതി പിന്തുടർന്ന് തനിക്കും കുടുംബത്തിനും ദൈവം പറഞ്ഞ എല്ലായിടത്തുനിന്നുമുള്ള മൃഗങ്ങൾക്കുമായി ഒരു പെട്ടകം പണിതാൽ അവർ സുരക്ഷിതരായിരിക്കും എന്ന് ദൈവം നോഹയ്ക്ക് വാഗ്ദാനം ചെയ്തു. </w:t>
      </w:r>
      <w:r>
        <w:rPr>
          <w:rFonts w:ascii="Nirmala UI" w:hAnsi="Nirmala UI" w:cs="Nirmala UI"/>
          <w:b/>
          <w:sz w:val="22"/>
        </w:rPr>
        <w:t xml:space="preserve">ചിത്രം 5 കാണിക്കുക. </w:t>
      </w:r>
      <w:r>
        <w:rPr>
          <w:rFonts w:ascii="Nirmala UI" w:hAnsi="Nirmala UI" w:cs="Nirmala UI"/>
          <w:b w:val="0"/>
          <w:sz w:val="22"/>
        </w:rPr>
        <w:t xml:space="preserve">നോഹ ദൈവത്തെ അനുസരിച്ചു; അവർ പെട്ടകത്തിനുള്ളിൽ സുരക്ഷിതരായിരുന്നു. എന്നാൽ കരയിലെയും ആകാശത്തിലെയും മറ്റെല്ലാ ജീവികളും ചത്തു. ചിത്രം 6 കാണിക്കുക.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നോഹയും കുടുംബവും മൃഗങ്ങളും മാസങ്ങളോളം പെട്ടകത്തിൽ അടയ്ക്കപ്പെട്ടു. ദൈവം അവരെ മറന്നുപോയോ? മഴ നിന്നു; ഏഴു മാസത്തിനുശേഷം പെട്ടകം ചില പർവ്വതങ്ങളിൽ ഉറച്ചു (7:24 – 8:5).</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പെട്ടകത്തിൽ പതിനൊന്നു മാസം കഴിഞ്ഞപ്പോൾ നോഹ ഒരു കാക്കയെ – ചത്ത മാംസം തിന്നുന്ന വലിയ കറുത്ത പക്ഷിയെ – പുറത്തുവിട്ടു (8:5-7).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പിന്നീട് നോഹ ഒരു പ്രാവിനെ പുറത്തുവിട്ടു; എന്നാൽ വിശ്രമിക്കാൻ ഇടം കണ്ടെത്താത്തതിനാൽ അത് ആദ്യം തിരിച്ചുവന്നു. </w:t>
      </w:r>
      <w:r>
        <w:rPr>
          <w:rFonts w:ascii="Nirmala UI" w:hAnsi="Nirmala UI" w:cs="Nirmala UI"/>
          <w:b/>
          <w:sz w:val="22"/>
        </w:rPr>
        <w:t xml:space="preserve">പുറത്തെ ലോകത്തിന്റെ അവസ്ഥയെക്കുറിച്ച് നോഹ പ്രാവിൽ നിന്ന് എങ്ങനെ മനസ്സിലാക്കി എന്ന് വിവരിക്കുക (8:8-12).</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കുടുംബത്തെയും മൃഗങ്ങളെയും പെട്ടകത്തിൽ കയറ്റി ഒരു വർഷം കഴിഞ്ഞപ്പോൾ നോഹ എല്ലാവരെയും പുറത്തിറക്കി. നോഹയും കുടുംബവും ആദ്യം ചെയ്തത് ദൈവത്തെ ആരാധിക്കുകയായിരുന്നു. തങ്ങളെ സുരക്ഷിതരായി സൂക്ഷിക്കുമെന്ന വാഗ്ദാനം നിറവേറ്റിയതിന് അവർ അവനോട് നന്ദി പറഞ്ഞു. </w:t>
      </w:r>
      <w:r>
        <w:rPr>
          <w:rFonts w:ascii="Nirmala UI" w:hAnsi="Nirmala UI" w:cs="Nirmala UI"/>
          <w:b/>
          <w:sz w:val="22"/>
        </w:rPr>
        <w:t xml:space="preserve">ചിത്രം 7 കാണിക്കുക. </w:t>
      </w:r>
      <w:r>
        <w:rPr>
          <w:rFonts w:ascii="Nirmala UI" w:hAnsi="Nirmala UI" w:cs="Nirmala UI"/>
          <w:b w:val="0"/>
          <w:sz w:val="22"/>
        </w:rPr>
        <w:t xml:space="preserve">അവർ ഒരു യാഗപീഠം പണിത് യാഗം കഴിച്ചു. ദൈവം പ്രസാദിച്ചു (8:13-19).</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ഇനി ഒരിക്കലും വെള്ളത്താൽ ഭൂമിയെ നശിപ്പിക്കുകയില്ലെന്ന് ദൈവം വാഗ്ദാനം ചെയ്തു. എപ്പോഴും വിതയും കൊയ്ത്തും സാധാരണ കാലങ്ങളും ഉണ്ടായിരിക്കുമെന്ന് അവൻ വാഗ്ദാനം ചെയ്തു. താൻ എപ്പോഴും തന്റെ വാഗ്ദാനം പാലിക്കുമെന്ന് ആളുകളെ ഓർമ്മിപ്പിക്കാൻ ദൈവം മഴവില്ല് ആകാശത്ത് ഒരു അടയാളമായി വച്ചു. ഒരു മഴവില്ല് കാണുമ്പോഴെല്ലാം, നമുക്ക് ദൈവത്തിന്റെ വചനത്തിൽ ആശ്രയിക്കാം എന്ന് ഓർക്കണം.</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ചുറ്റും നോക്കി മഴവില്ലിന്റെ നിറത്തിലുള്ള എല്ലാ വസ്തുക്കളുടെയും പേര് പറയാൻ ക്ലാസ്സിനോട് ആവശ്യപ്പെടുക. (മഴവില്ലിന്റെ ഏഴു നിറങ്ങൾ: ചുവപ്പ്, ഓറഞ്ച്, മഞ്ഞ, പച്ച, നീല, ഇൻഡിഗോ, വയലറ്റ്.) </w:t>
      </w:r>
      <w:r>
        <w:rPr>
          <w:rFonts w:ascii="Nirmala UI" w:hAnsi="Nirmala UI" w:cs="Nirmala UI"/>
          <w:b w:val="0"/>
          <w:sz w:val="22"/>
        </w:rPr>
        <w:t xml:space="preserve">ദൈവം എപ്പോഴും തന്റെ വാഗ്ദാനങ്ങൾ പാലിക്കുന്നു എന്ന് ഈ വസ്തുക്കൾ നമ്മെ ഓർമ്മിപ്പിക്കട്ടെ. ദൈവം പറയുന്നത് ചെയ്യുമെന്ന് നമുക്ക് ആശ്രയിക്കാം.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7 – The Rainbow – God’s Promise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7 – The Rainbow – God’s Promise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