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നീതിമാനായ ഒരു വ്യക്തി: നോഹ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വിശ്വാസത്തോടെ അനുസരിച്ചതുകൊണ്ടാണ് നോഹ രക്ഷിക്കപ്പെട്ടത്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6:5-22; 7:1-3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എബ്രായർ 11:7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വിശ്വാസത്താൽ നോഹ, ഇതുവരെ കാണാത്ത കാര്യങ്ങളെക്കുറിച്ച് മുന്നറിയിപ്പു ലഭിച്ചപ്പോൾ, ഭക്തിയോടെ തന്റെ കുടുംബത്തെ രക്ഷിക്കാൻ ഒരു പെട്ടകം പണിതു.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ബോട്ടുകളെക്കുറിച്ച് ക്ലാസ്സിനോട് സംസാരിക്കുക. </w:t>
      </w:r>
      <w:r>
        <w:rPr>
          <w:rFonts w:ascii="Nirmala UI" w:hAnsi="Nirmala UI" w:cs="Nirmala UI"/>
          <w:b w:val="0"/>
          <w:sz w:val="22"/>
        </w:rPr>
        <w:t xml:space="preserve">നമുക്ക് ബോട്ടുകൾ എന്തിനാണ് വേണ്ടത്? നിങ്ങൾ ഏതെല്ലാം തരം ബോട്ടുകൾ കണ്ടിട്ടുണ്ട്? ആരെങ്കിലും ബോട്ടിൽ യാത്ര ചെയ്തിട്ടുണ്ടോ? അത് എങ്ങനെ അനുഭവപ്പെട്ടു?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ഒരു ഭീമാകാരമായ ബോട്ട് – ഒരു പെട്ടകം – പണിയാൻ ദൈവം കല്പന നൽകി. അതുവരെ ആരും അങ്ങനെ ഒന്ന് കണ്ടിട്ടില്ലായിരുന്നു. </w:t>
      </w:r>
      <w:r>
        <w:rPr>
          <w:rFonts w:ascii="Nirmala UI" w:hAnsi="Nirmala UI" w:cs="Nirmala UI"/>
          <w:b/>
          <w:sz w:val="22"/>
        </w:rPr>
        <w:t xml:space="preserve">ചിത്രം 4 കാണിക്കുക</w:t>
      </w:r>
      <w:r>
        <w:rPr>
          <w:rFonts w:ascii="Nirmala UI" w:hAnsi="Nirmala UI" w:cs="Nirmala UI"/>
          <w:b w:val="0"/>
          <w:sz w:val="22"/>
        </w:rPr>
        <w:t xml:space="preserve">. മനുഷ്യവർഗ്ഗം പാപത്തിൽ വീണതിനുശേഷം, ഭൂമിയിലെങ്ങുമുള്ള ആളുകൾ വളരെ ദുഷ്ടരായി. അവർ ദൈവത്തിൽ നിന്ന് പൂർണ്ണമായി പിന്തിരിഞ്ഞ് അഹങ്കാരികളായി. അവർ പാപം ചെയ്തു (6:5, 12).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പാപം എന്താണെന്ന് ക്ലാസ്സിനോട് ചോദിക്കുക. പാഠം 3, 4 എന്നിവയിലെ മനഃപാഠ വാക്യങ്ങളായ റോമർ 5:12, 3:23 എന്നിവ ആവർത്തിക്കുക.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എന്നാൽ ഒരാൾ അപ്പോഴും ദൈവത്തെ സ്നേഹിച്ചിരുന്നു: നോഹ. ലോകത്തിലെ എല്ലാ തിന്മയെയും നശിപ്പിക്കാൻ ദൈവം പദ്ധതിയിട്ടു; എന്നാൽ നോഹയെയും അവന്റെ കുടുംബത്തെയും രക്ഷിക്കാൻ തീരുമാനിച്ചു (6:8-13).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ഒരു മരബോട്ട് പണിയാൻ ദൈവം നോഹയോട് നിർദ്ദേശിച്ചു; അതിനായി ശ്രദ്ധാപൂർവ്വമായ നിർദ്ദേശങ്ങൾ നൽകി (6:14-16). </w:t>
      </w:r>
      <w:r>
        <w:rPr>
          <w:rFonts w:ascii="Nirmala UI" w:hAnsi="Nirmala UI" w:cs="Nirmala UI"/>
          <w:b/>
          <w:sz w:val="22"/>
        </w:rPr>
        <w:t xml:space="preserve">പെട്ടകത്തിന്റെ നീളം കാണിക്കാൻ 137 മീറ്ററും വീതി കാണിക്കാൻ 23 മീറ്ററും നടക്കാൻ കുട്ടികളോട് പറഞ്ഞാൽ അതിന്റെ വലുപ്പം അവർക്കു മനസ്സിലാക്കാൻ കഴിയും.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പെട്ടകം പണിയാൻ നോഹയ്ക്കും അവന്റെ പുത്രന്മാർക്കും വർഷങ്ങൾ വേണ്ടിവന്നു. ഈ സമയത്ത് അവൻ എല്ലാവരോടും പ്രസംഗിച്ചു (1 പത്രോ 3:18-20); എന്നാൽ ആരും ചെവിക്കൊണ്ടില്ല. പകരം അവർ അവനെ പരിഹസിച്ചു. തങ്ങളുടെ പാപങ്ങൾ ശിക്ഷിക്കപ്പെടാതെ വിടുകയില്ല എന്ന് ദൈവം പറയുന്നത് അവർക്ക് വിശ്വസിക്കാൻ കഴിഞ്ഞില്ല. എന്നാൽ ദൈവം പറഞ്ഞത് നോഹ വിശ്വസിച്ചു (6:17-18); അവൻ അനുസരിച്ചു.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പെട്ടകം പൂർത്തിയായപ്പോൾ, ഓരോ ഇനം മൃഗത്തിൽ നിന്നും രണ്ടെണ്ണത്തെ വീതം അതിൽ കയറ്റാൻ ദൈവം നോഹയോട് നിർദ്ദേശിച്ചു; ചില ഇനങ്ങളിൽ നിന്ന് ഏഴു ജോടികളെ വീതവും. </w:t>
      </w:r>
      <w:r>
        <w:rPr>
          <w:rFonts w:ascii="Nirmala UI" w:hAnsi="Nirmala UI" w:cs="Nirmala UI"/>
          <w:b/>
          <w:sz w:val="22"/>
        </w:rPr>
        <w:t xml:space="preserve">ചിത്രം 5 കാണിക്കുക. </w:t>
      </w:r>
      <w:r>
        <w:rPr>
          <w:rFonts w:ascii="Nirmala UI" w:hAnsi="Nirmala UI" w:cs="Nirmala UI"/>
          <w:b w:val="0"/>
          <w:sz w:val="22"/>
        </w:rPr>
        <w:t xml:space="preserve">ഭക്ഷണവും കൂടെ കരുതണമായിരുന്നു (6:18-21; 7:2-3). നോഹ എല്ലാ കാര്യത്തിലും ദൈവത്തെ അനുസരിച്ചു. മഴയുടെ ഒരു ലക്ഷണവും ഇല്ലാതിരുന്നിട്ടും അവന്റെ കുടുംബവും എല്ലാ മൃഗങ്ങളും പെട്ടകത്തിൽ കയറി. ദൈവം തന്റെ വാക്ക് പാലിക്കുമെന്നും ലോകത്തിന്റെ പാപങ്ങളെ ശിക്ഷിക്കുമെന്നും നോഹയ്ക്ക് അറിയാമായിരുന്നു.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നോഹയെപ്പോലെ അനുസരണമുള്ളവരായിരിക്കുക എളുപ്പമല്ല. ലോകം നമ്മെ മറുവശത്തേക്ക് വലിക്കുന്നു; വ്യത്യസ്തരായിരിക്കുക പ്രയാസമാണ്. എന്നാൽ ദൈവം നോഹയെ രക്ഷിച്ചു; വിശ്വാസത്തോടെ തന്നെ അനുസരിക്കുന്നവരെ ദൈവം ഇന്നും അനുഗ്രഹിക്കുന്നു. </w:t>
      </w:r>
      <w:r>
        <w:rPr>
          <w:rFonts w:ascii="Nirmala UI" w:hAnsi="Nirmala UI" w:cs="Nirmala UI"/>
          <w:b/>
          <w:sz w:val="22"/>
        </w:rPr>
        <w:t xml:space="preserve">നിങ്ങളുടെ സ്വന്തം ആത്മീയ ജീവിതത്തിൽ നിന്നോ മറ്റൊരാളുടെ ജീവിതത്തിൽ നിന്നോ ഒരു ഉദാഹരണം ഉപയോഗിച്ച് ഈ കാര്യം വ്യക്തമാക്കാൻ കഴിഞ്ഞാൽ അത് വളരെ സഹായകമാകും.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5 – One Righteous Person Noah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5 – One Righteous Person Noah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