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3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പാപം ലോകത്തിലേക്ക് വന്നു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മനുഷ്യവർഗ്ഗം ദൈവത്തെ അനുസരിക്കാതിരുന്നപ്പോൾ പാപം ലോകത്തിൽ പ്രവേശിച്ചു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3:1-13; യെശയ്യാവ് 14:12-15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റോമർ 5:12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ഏകമനുഷ്യനാൽ പാപവും പാപത്താൽ മരണവും ലോകത്തിൽ കടന്നു; എല്ലാവരും പാപം ചെയ്തതുകൊണ്ട് മരണം സകല മനുഷ്യരിലും വ്യാപിച്ചു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നിങ്ങൾ പൂർണ്ണമായതും വളരെ മനോഹരവുമായ ഒന്ന് ഉണ്ടാക്കിയ ഒരു സമയത്തെക്കുറിച്ച് സംസാരിക്കുക (അല്ലെങ്കിൽ ഒരു കഥ ഉണ്ടാക്കിപ്പറയുക). </w:t>
      </w:r>
      <w:r>
        <w:rPr>
          <w:rFonts w:ascii="Nirmala UI" w:hAnsi="Nirmala UI" w:cs="Nirmala UI"/>
          <w:b w:val="0"/>
          <w:sz w:val="22"/>
        </w:rPr>
        <w:t xml:space="preserve">ഉദാഹരണത്തിന്, അത് തെറ്റുകളൊന്നുമില്ലാത്ത ഒരു പൂർണ്ണമായ എഴുത്തായിരുന്നു എന്നു പറയുക. പിന്നെ എന്തോ സംഭവിച്ചു – ഒരു കപ്പ് ചായ അതിന്മേൽ മുഴുവൻ തൂകി; മഷി പടർന്ന് അത് പൂർണ്ണമായി നശിച്ചുപോയി.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ദൈവം മനുഷ്യവർഗ്ഗത്തെ ഒരു പൂർണ്ണ ലോകത്തിൽ ആക്കി. </w:t>
      </w:r>
      <w:r>
        <w:rPr>
          <w:rFonts w:ascii="Nirmala UI" w:hAnsi="Nirmala UI" w:cs="Nirmala UI"/>
          <w:b/>
          <w:sz w:val="22"/>
        </w:rPr>
        <w:t xml:space="preserve">ചിത്രം 2 കാണിക്കുക. ചിത്രത്തെ ആധാരമാക്കി ക്ലാസ്സിനോട് ചോദ്യങ്ങൾ ചോദിച്ച് പാഠം 2 ചുരുക്കമായി ആവർത്തിക്കുക.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ഒരു ദിവസം ഒരു സന്ദർശകൻ ഈ തോട്ടത്തിൽ വന്നു. പാമ്പിന്റെ വേഷത്തിൽ വന്ന സാത്താനായിരുന്നു അത്. അവൻ ദൈവത്തിന്റെ ഒരു ദൂതനായിരുന്നു; എന്നാൽ അവൻ തന്റെ സ്രഷ്ടാവിനോട് മത്സരിക്കുകയും തിരിയുകയും ചെയ്തു. ദൈവത്തെക്കാൾ വലിയവനാകാൻ അവൻ ആഗ്രഹിച്ചു; അതിനാൽ അവനെ സ്വർഗ്ഗത്തിൽ നിന്ന് പുറത്താക്കി; അവൻ ദൈവത്തിന്റെ ശത്രുവായിത്തീർന്നു (ഉല്പ 3:1; യെശ 14:12-15).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തോട്ടത്തിലെ എല്ലാ വൃക്ഷങ്ങളുടെയും ഫലം തിന്നാമെന്നും, നന്മതിന്മകളെക്കുറിച്ചുള്ള അറിവിന്റെ വൃക്ഷത്തിന്റേത് ഒഴികെ എന്നും ദൈവം ആദാമിനോടും ഹവ്വായോടും പറഞ്ഞിരുന്നു. അതിൽ നിന്ന് തിന്നാൽ അവർ മരിക്കുകയും ദൈവവുമായുള്ള അടുത്ത സൗഹൃദം നഷ്ടപ്പെടുകയും ചെയ്യും (ഉല്പ 2:16-17).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മനുഷ്യന്റെ വീഴ്ചയുടെ കഥ സ്വന്തം വാക്കുകളിൽ പറയുക. ഓരോ കഥാപാത്രത്തിന്റെയും വേഷം അഭിനയിച്ചു കാണിക്കാൻ കഴിഞ്ഞാൽ അത് വളരെ ഫലപ്രദമായിരിക്കും.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പാമ്പിന്റെ വേഷത്തിലെത്തിയ സാത്താൻ ഹവ്വായോട് പറഞ്ഞു: “തോട്ടത്തിലെ ഒരു വൃക്ഷത്തിന്റെയും ഫലം തിന്നരുത് എന്നു ദൈവം വാസ്തവമായി അരുളിച്ചെയ്തുവോ?” (3:1).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ഹവ്വാ മറുപടി പറഞ്ഞു: “തോട്ടത്തിലെ വൃക്ഷങ്ങളുടെ ഫലം ഞങ്ങൾക്കു തിന്നാം; എന്നാൽ തോട്ടത്തിന്റെ നടുവിലുള്ള വൃക്ഷത്തിന്റെ ഫലത്തെക്കുറിച്ചോ, നിങ്ങൾ മരിക്കാതിരിക്കേണ്ടതിന് അതു തിന്നരുത്, തൊടുകയും അരുത് എന്നു ദൈവം കല്പിച്ചിരിക്കുന്നു” (3:2-3).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സാത്താൻ പറഞ്ഞു: “നിങ്ങൾ മരിക്കയില്ല നിശ്ചയം … അതു തിന്നുന്ന നാളിൽ നിങ്ങളുടെ കണ്ണു തുറക്കും; നിങ്ങൾ നന്മതിന്മകളെ അറിയുന്നവരായി ദൈവത്തെപ്പോലെ ആകും” (3:4-5).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ഹവ്വായ്ക്ക് തിരഞ്ഞെടുക്കേണ്ടിയിരുന്നു. ദൈവം പറഞ്ഞതിൽ വിശ്വസിക്കാം, അല്ലെങ്കിൽ സാത്താൻ പറയുന്നതിൽ. ഇവ രണ്ടും പരസ്പരം നേർവിപരീതമായിരുന്നു. ഹവ്വാ ആ ഫലത്തിലേക്കു നോക്കി. അതു കണ്ടപ്പോൾ അവൾക്ക് ഇഷ്ടം തോന്നി; അവൾ അതു തിന്നു, ആദാമിനും കൊടുത്തു. അവനും തിന്നു (3:6-7). </w:t>
      </w:r>
      <w:r>
        <w:rPr>
          <w:rFonts w:ascii="Nirmala UI" w:hAnsi="Nirmala UI" w:cs="Nirmala UI"/>
          <w:b/>
          <w:sz w:val="22"/>
        </w:rPr>
        <w:t xml:space="preserve">ചിത്രം 3 കാണിക്കുക.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ദൈവം ഒരു നുണയനാണെന്നപോലെ മനുഷ്യൻ സാത്താനെ വിശ്വസിക്കാൻ തിരഞ്ഞെടുത്തു. എന്നാൽ എപ്പോഴും നുണ പറയുന്നവൻ സാത്താനാണ്!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വിലക്കപ്പെട്ട വൃക്ഷത്തിൽ നിന്ന് തിന്ന ഉടനെ ആദാമും ഹവ്വായും തങ്ങൾ ദൈവത്തെ അനുസരിച്ചില്ലെന്നും ദൈവവുമായുള്ള തുറന്നതും അടുത്തതുമായ സൗഹൃദം നഷ്ടപ്പെട്ടെന്നും അറിഞ്ഞു. അതിനാൽ അവർ ദൈവസന്നിധിയിൽ നിന്ന് ഒളിച്ച് അതിനെ ഒഴിവാക്കാൻ ശ്രമിച്ചു (3:8-13).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/>
          <w:sz w:val="22"/>
        </w:rPr>
        <w:t xml:space="preserve">ഇത് താരതമ്യേന ദൈർഘ്യമുള്ള ഒരു വാക്യമാണ്. കുട്ടികൾ ചെറിയവരാണെങ്കിൽ ആദ്യ പകുതി മാത്രം (“… പാപത്താൽ മരണവും” വരെ) പഠിപ്പിക്കുക.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/>
          <w:sz w:val="22"/>
        </w:rPr>
        <w:t xml:space="preserve">ഈ പാഠത്തിലെ “തുടക്കം” ഭാഗം, പൂർണ്ണമായ ഒന്ന് നശിച്ചുപോയതിനെക്കുറിച്ചുള്ളത്, ക്ലാസ്സിനെ ഓർമ്മിപ്പിക്കുക. </w:t>
      </w:r>
      <w:r>
        <w:rPr>
          <w:rFonts w:ascii="Nirmala UI" w:hAnsi="Nirmala UI" w:cs="Nirmala UI"/>
          <w:b w:val="0"/>
          <w:sz w:val="22"/>
        </w:rPr>
        <w:t xml:space="preserve">ദൈവം പൂർണ്ണമായ ഒരു ലോകം സൃഷ്ടിച്ചു; എന്നാൽ മനുഷ്യനും ദൈവവും തമ്മിലുള്ള ബന്ധം അനുസരണക്കേടിനാൽ നശിച്ചു. ഇതിനെയാണ് പാപം എന്നു പറയുന്നത്.</w:t>
      </w:r>
    </w:p>
    <w:p>
      <w:r>
        <w:rPr>
          <w:rFonts w:ascii="Nirmala UI" w:hAnsi="Nirmala UI" w:cs="Nirmala UI"/>
          <w:b/>
          <w:sz w:val="22"/>
        </w:rPr>
        <w:t xml:space="preserve">ആട്ടിൻകൂട്ടത്തോടൊപ്പം നിൽക്കാതെ ഓടിപ്പോയി വഴിതെറ്റിയ ഒരു ആടിന്റെ കഥയോടെ പാഠം അവസാനിപ്പിക്കുക. പാപം എന്നാൽ നാം സ്വന്തം വഴിക്ക് ഓടിപ്പോയി വഴി തെറ്റിപ്പോകുന്നതാണ് എന്നു വ്യക്തമാക്കാൻ ഇത് ഉപയോഗിക്കുക. </w:t>
      </w:r>
      <w:r>
        <w:rPr>
          <w:rFonts w:ascii="Nirmala UI" w:hAnsi="Nirmala UI" w:cs="Nirmala UI"/>
          <w:b w:val="0"/>
          <w:sz w:val="22"/>
        </w:rPr>
        <w:t xml:space="preserve">നാം ദൈവത്തിൽ നിന്ന് അകന്ന് ജീവിക്കാൻ തിരഞ്ഞെടുക്കുമ്പോൾ, നാം സൃഷ്ടിക്കപ്പെട്ട ലക്ഷ്യം നമുക്ക് നഷ്ടമാകുന്നു.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3 – Sin Comes into the World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3 – Sin Comes into the World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