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എല്ലാം എങ്ങനെ ആരംഭിച്ചു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1: ദൈവത്തോടൊപ്പം ആരംഭം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ദൈവം നമ്മെയും നാം ജീവിക്കുന്ന ലോകത്തെയും സൃഷ്ടിച്ചു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1:1-27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ഉല്പത്തി 1:1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ആദിയിൽ ദൈവം ആകാശവും ഭൂമിയും സൃഷ്ടിച്ചു.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നിങ്ങളുടെ ചുറ്റും കാണുന്ന വിവിധ വസ്തുക്കളുടെ പേരുകൾ – കസേരകൾ, ബെഞ്ചുകൾ, മരങ്ങൾ, ആകാശം, ആളുകൾ തുടങ്ങിയവ – പറയാൻ ക്ലാസ്സിനോട് ആവശ്യപ്പെടുക. ഇവയെല്ലാം ആരോ ഉണ്ടാക്കിയിരിക്കണം. ആരാണ് അവ ഉണ്ടാക്കിയത്?</w:t>
      </w:r>
      <w:r>
        <w:rPr>
          <w:rFonts w:ascii="Calibri" w:hAnsi="Calibri" w:cs="Calibri" w:eastAsia="Calibri"/>
          <w:b w:val="0"/>
          <w:sz w:val="22"/>
        </w:rPr>
      </w:r>
      <w:r>
        <w:rPr>
          <w:rFonts w:ascii="Calibri" w:hAnsi="Calibri" w:cs="Calibri" w:eastAsia="Calibri"/>
          <w:b/>
          <w:sz w:val="22"/>
        </w:rPr>
      </w:r>
      <w:r>
        <w:rPr>
          <w:rFonts w:ascii="Calibri" w:hAnsi="Calibri" w:cs="Calibri" w:eastAsia="Calibri"/>
          <w:b w:val="0"/>
          <w:sz w:val="22"/>
        </w:rPr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ab/>
        <w:t xml:space="preserve">1.</w:t>
      </w:r>
      <w:r>
        <w:rPr>
          <w:rFonts w:ascii="Nirmala UI" w:hAnsi="Nirmala UI" w:cs="Nirmala UI"/>
          <w:b w:val="0"/>
          <w:sz w:val="22"/>
        </w:rPr>
        <w:t xml:space="preserve">എല്ലായിടത്തും ഉള്ളവനും സകലവും അറിയുന്നവനുമായ മഹാത്മാവായ ദൈവം നമ്മുടെ ചുറ്റുമുള്ള സകലതും സൃഷ്ടിച്ചു. ഒരു ആശാരി ബെഞ്ചുകളും കസേരകളും ഉണ്ടാക്കിയിരിക്കാം; എന്നാൽ തടിക്കായി മരങ്ങൾ ഉണ്ടാക്കിയതും, ഇത്തരം പണികൾ ചെയ്യാനുള്ള വൈദഗ്ധ്യം മനുഷ്യന് നൽകിയതും ദൈവമാണ്.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ab/>
        <w:t xml:space="preserve">2.</w:t>
      </w:r>
      <w:r>
        <w:rPr>
          <w:rFonts w:ascii="Nirmala UI" w:hAnsi="Nirmala UI" w:cs="Nirmala UI"/>
          <w:b/>
          <w:sz w:val="22"/>
        </w:rPr>
        <w:t xml:space="preserve">കണ്ണുകൾ കൈകൊണ്ട് മൂടാൻ ക്ലാസ്സിനോട് പറയുക; എന്നിട്ട് അവർക്ക് എന്തു കാണാൻ കഴിയുന്നു എന്ന് ചോദിക്കുക. ഒന്നും ഇല്ല. സർവ്വശക്തനായ ആത്മാവായ ദൈവം ഒന്നുമില്ലായ്മയിൽ നിന്ന് സകലതും സൃഷ്ടിച്ചു. മറ്റാർക്കും അതു ചെയ്യാൻ കഴിയില്ല. ഒരു ആശാരിക്ക് ഒരു ബെഞ്ച് ഉണ്ടാക്കാൻ കഴിയും; എന്നാൽ ഒന്നുമില്ലായ്മയിൽ നിന്ന് അത് സൃഷ്ടിക്കാൻ അവനു കഴിയില്ല; തുടങ്ങാൻ കുറച്ചു തടി അവന് ആവശ്യമാണ്.</w:t>
      </w:r>
      <w:r>
        <w:rPr>
          <w:rFonts w:ascii="Calibri" w:hAnsi="Calibri" w:cs="Calibri" w:eastAsia="Calibri"/>
          <w:b w:val="0"/>
          <w:sz w:val="22"/>
        </w:rPr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ab/>
        <w:t xml:space="preserve">3.</w:t>
      </w:r>
      <w:r>
        <w:rPr>
          <w:rFonts w:ascii="Nirmala UI" w:hAnsi="Nirmala UI" w:cs="Nirmala UI"/>
          <w:b/>
          <w:sz w:val="22"/>
        </w:rPr>
        <w:t xml:space="preserve">ചിത്രം 1 കാണിക്കുക. ഈ ചിത്രത്തിൽ നിങ്ങൾ കാണുന്ന എല്ലാ വസ്തുക്കളെയും ദൈവം സൃഷ്ടിച്ചു. ഓരോ വസ്തുവും ചൂണ്ടിക്കാണിച്ച് കുട്ടികൾ അവയുടെ പേരുകൾ പറയട്ടെ.</w:t>
      </w:r>
      <w:r>
        <w:rPr>
          <w:rFonts w:ascii="Calibri" w:hAnsi="Calibri" w:cs="Calibri" w:eastAsia="Calibri"/>
          <w:b w:val="0"/>
          <w:sz w:val="22"/>
        </w:rPr>
      </w:r>
      <w:r>
        <w:rPr>
          <w:rFonts w:ascii="Calibri" w:hAnsi="Calibri" w:cs="Calibri" w:eastAsia="Calibri"/>
          <w:b/>
          <w:sz w:val="22"/>
        </w:rPr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ab/>
        <w:t xml:space="preserve">4.</w:t>
      </w:r>
      <w:r>
        <w:rPr>
          <w:rFonts w:ascii="Nirmala UI" w:hAnsi="Nirmala UI" w:cs="Nirmala UI"/>
          <w:b w:val="0"/>
          <w:sz w:val="22"/>
        </w:rPr>
        <w:t xml:space="preserve">ദൈവം സൃഷ്ടികർമ്മം ആരംഭിക്കുന്നതിനു മുമ്പ് എല്ലാം ഇരുട്ടായിരുന്നു. അപ്പോൾ ദൈവം, “വെളിച്ചം ഉണ്ടാകട്ടെ” എന്നു കല്പിച്ചു. ദൈവം കല്പിച്ചപ്പോൾ എല്ലായിടത്തും വെളിച്ചമുണ്ടായി. ആദ്യ ദിവസം താൻ സൃഷ്ടിച്ചതിൽ ദൈവം വളരെ സന്തോഷിച്ചു. പകൽ വെളിച്ചവും രാത്രി ഇരുട്ടും ഉണ്ടായി.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ab/>
        <w:t xml:space="preserve">5.</w:t>
      </w:r>
      <w:r>
        <w:rPr>
          <w:rFonts w:ascii="Nirmala UI" w:hAnsi="Nirmala UI" w:cs="Nirmala UI"/>
          <w:b w:val="0"/>
          <w:sz w:val="22"/>
        </w:rPr>
        <w:t xml:space="preserve">രണ്ടാം ദിവസം ദൈവം ഭൂമിക്ക് ഒരു ഓറഞ്ചിനെപ്പോലെയുള്ള രൂപം നൽകി. (ഓറഞ്ച് ലഭ്യമല്ലെങ്കിൽ, ആ ആകൃതിയുള്ള മറ്റൊരു പഴം ഉദാഹരണമായി എടുക്കുക.) ക്ലാസ്സിനെ ഒരു ഓറഞ്ച് കാണിക്കുക. അതിനുശേഷം ദൈവം ഭൂമിയെ ആകാശത്തിൽ നിന്ന് വേർതിരിച്ചു.</w:t>
      </w:r>
      <w:r>
        <w:rPr>
          <w:rFonts w:ascii="Calibri" w:hAnsi="Calibri" w:cs="Calibri" w:eastAsia="Calibri"/>
          <w:b/>
          <w:sz w:val="22"/>
        </w:rPr>
      </w:r>
      <w:r>
        <w:rPr>
          <w:rFonts w:ascii="Calibri" w:hAnsi="Calibri" w:cs="Calibri" w:eastAsia="Calibri"/>
          <w:b w:val="0"/>
          <w:sz w:val="22"/>
        </w:rPr>
      </w:r>
    </w:p>
    <w:p>
      <w:pPr>
        <w:ind w:left="567"/>
      </w:pPr>
      <w:r>
        <w:rPr>
          <w:rFonts w:ascii="Nirmala UI" w:hAnsi="Nirmala UI" w:cs="Nirmala UI"/>
          <w:b/>
          <w:sz w:val="22"/>
        </w:rPr>
        <w:t xml:space="preserve">ഇതേ രീതിയിൽ മറ്റു ദിവസങ്ങളിൽ സൃഷ്ടിച്ചവയെ വിവരിക്കുക. ബൈബിൾ ചെയ്യുന്നതുപോലെ, തന്റെ സൃഷ്ടിയിൽ ദൈവം സന്തുഷ്ടനായി എന്ന് ഓരോ തവണയും ആവർത്തിക്കുക: </w:t>
      </w:r>
      <w:r>
        <w:rPr>
          <w:rFonts w:ascii="Nirmala UI" w:hAnsi="Nirmala UI" w:cs="Nirmala UI"/>
          <w:b w:val="0"/>
          <w:sz w:val="22"/>
        </w:rPr>
        <w:t xml:space="preserve">അത് നല്ലതായിരുന്നു.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ab/>
        <w:t xml:space="preserve">6.</w:t>
      </w:r>
      <w:r>
        <w:rPr>
          <w:rFonts w:ascii="Nirmala UI" w:hAnsi="Nirmala UI" w:cs="Nirmala UI"/>
          <w:b w:val="0"/>
          <w:sz w:val="22"/>
        </w:rPr>
        <w:t xml:space="preserve">മൂന്നാം ദിവസം കര, സമുദ്രങ്ങൾ, സസ്യങ്ങൾ, വൃക്ഷങ്ങൾ എന്നിവ സൃഷ്ടിക്കപ്പെട്ടു.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ab/>
        <w:t xml:space="preserve">7.</w:t>
      </w:r>
      <w:r>
        <w:rPr>
          <w:rFonts w:ascii="Nirmala UI" w:hAnsi="Nirmala UI" w:cs="Nirmala UI"/>
          <w:b w:val="0"/>
          <w:sz w:val="22"/>
        </w:rPr>
        <w:t xml:space="preserve">നാലാം ദിവസം സൂര്യനും ചന്ദ്രനും നക്ഷത്രങ്ങളും സൃഷ്ടിക്കപ്പെട്ടു.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ab/>
        <w:t xml:space="preserve">8.</w:t>
      </w:r>
      <w:r>
        <w:rPr>
          <w:rFonts w:ascii="Nirmala UI" w:hAnsi="Nirmala UI" w:cs="Nirmala UI"/>
          <w:b w:val="0"/>
          <w:sz w:val="22"/>
        </w:rPr>
        <w:t xml:space="preserve">അഞ്ചാം ദിവസം പക്ഷികളും ജലജീവികളും സൃഷ്ടിക്കപ്പെട്ടു.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ab/>
        <w:t xml:space="preserve">9.</w:t>
      </w:r>
      <w:r>
        <w:rPr>
          <w:rFonts w:ascii="Nirmala UI" w:hAnsi="Nirmala UI" w:cs="Nirmala UI"/>
          <w:b w:val="0"/>
          <w:sz w:val="22"/>
        </w:rPr>
        <w:t xml:space="preserve">ആറാം ദിവസം കരയിലെ മൃഗങ്ങളും ആദ്യത്തെ മനുഷ്യരും സൃഷ്ടിക്കപ്പെട്ടു. ദൈവം മനുഷ്യനിൽ ജീവശ്വാസം ഊതി. ബൈബിൾ അവരെ ആദാം എന്നും ഹവ്വ എന്നും വിളിക്കുന്നു.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r>
        <w:rPr>
          <w:rFonts w:ascii="Nirmala UI" w:hAnsi="Nirmala UI" w:cs="Nirmala UI"/>
          <w:b/>
          <w:sz w:val="22"/>
        </w:rPr>
        <w:t xml:space="preserve">കുട്ടികൾ വാക്യം പഠിക്കുമ്പോൾ അവർക്ക് കാണാവുന്ന സ്ഥലത്ത് ചിത്രം 1 വയ്ക്കുകയോ ഉയർത്തിപ്പിടിക്കുകയോ ചെയ്യുക.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ദൈവം ലോകത്തെ സൃഷ്ടിച്ചത് നാം അതിനെ പരിപാലിക്കേണ്ടതിനാണ്. ഇത് നമുക്ക് എങ്ങനെ ചെയ്യാം? ഉദാഹരണങ്ങൾ പറയാൻ ക്ലാസ്സിനോട് ആവശ്യപ്പെടുക; നിങ്ങളും ചിലത് പറയുക. ചില നിർദ്ദേശങ്ങൾ ഇതാ:</w:t>
      </w:r>
      <w:r>
        <w:rPr>
          <w:rFonts w:ascii="Calibri" w:hAnsi="Calibri" w:cs="Calibri" w:eastAsia="Calibri"/>
          <w:b/>
          <w:sz w:val="22"/>
        </w:rPr>
      </w:r>
    </w:p>
    <w:p>
      <w:pPr>
        <w:pStyle w:val="ListBullet"/>
        <w:spacing w:after="60"/>
      </w:pPr>
      <w:r>
        <w:rPr>
          <w:rFonts w:ascii="Nirmala UI" w:hAnsi="Nirmala UI" w:cs="Nirmala UI"/>
          <w:b w:val="0"/>
          <w:sz w:val="22"/>
        </w:rPr>
        <w:t xml:space="preserve">ഒരു മരം വെട്ടുമ്പോഴെല്ലാം രണ്ടു തൈകൾ നടുക.</w:t>
      </w:r>
    </w:p>
    <w:p>
      <w:pPr>
        <w:pStyle w:val="ListBullet"/>
        <w:spacing w:after="60"/>
      </w:pPr>
      <w:r>
        <w:rPr>
          <w:rFonts w:ascii="Nirmala UI" w:hAnsi="Nirmala UI" w:cs="Nirmala UI"/>
          <w:b w:val="0"/>
          <w:sz w:val="22"/>
        </w:rPr>
        <w:t xml:space="preserve">ഉപയോഗം കഴിഞ്ഞ വെള്ളം കളയരുത്; അത് ചെടികൾ നനയ്ക്കാൻ ഉപയോഗിക്കുക.</w:t>
      </w:r>
    </w:p>
    <w:p>
      <w:pPr>
        <w:pStyle w:val="ListBullet"/>
        <w:spacing w:after="60"/>
      </w:pPr>
      <w:r>
        <w:rPr>
          <w:rFonts w:ascii="Nirmala UI" w:hAnsi="Nirmala UI" w:cs="Nirmala UI"/>
          <w:b w:val="0"/>
          <w:sz w:val="22"/>
        </w:rPr>
        <w:t xml:space="preserve">പച്ചക്കറിത്തൊലികൾ, ചാരം, ഇലകൾ എന്നിവ ഉപയോഗിച്ച് ജൈവവളം ഉണ്ടാക്കുക.</w:t>
      </w:r>
    </w:p>
    <w:p>
      <w:pPr>
        <w:pStyle w:val="ListBullet"/>
        <w:spacing w:after="60"/>
      </w:pPr>
      <w:r>
        <w:rPr>
          <w:rFonts w:ascii="Nirmala UI" w:hAnsi="Nirmala UI" w:cs="Nirmala UI"/>
          <w:b w:val="0"/>
          <w:sz w:val="22"/>
        </w:rPr>
        <w:t xml:space="preserve">പൊട്ടിയ ചില്ലും പ്ലാസ്റ്റിക്കും പോലുള്ള അപകടകരമായ മാലിന്യങ്ങൾ ആർക്കും ഉപദ്രവമുണ്ടാകാത്ത ഒരു പ്രത്യേക സ്ഥലത്ത് ഇടുക.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 – How Everything Began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 – How Everything Began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